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4151"/>
          <w:sz w:val="40"/>
        </w:rPr>
        <w:t>Jari Nieminen</w:t>
      </w:r>
    </w:p>
    <w:p>
      <w:r>
        <w:rPr>
          <w:color w:val="4B5563"/>
          <w:sz w:val="22"/>
        </w:rPr>
        <w:t>Logistiikkaesihenkilö</w:t>
      </w:r>
    </w:p>
    <w:p>
      <w:pPr>
        <w:spacing w:after="120"/>
        <w:pBdr>
          <w:bottom w:val="single" w:sz="12" w:space="2" w:color="374151"/>
        </w:pBdr>
      </w:pPr>
      <w:r>
        <w:rPr>
          <w:color w:val="374151"/>
          <w:sz w:val="18"/>
        </w:rPr>
        <w:t>044 222 3344  |  jari.nieminen@esimerkki.fi  |  Vantaa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374151"/>
          <w:sz w:val="20"/>
        </w:rPr>
        <w:t>PROFIILI</w:t>
      </w:r>
    </w:p>
    <w:p>
      <w:pPr>
        <w:spacing w:after="80"/>
      </w:pPr>
      <w:r>
        <w:t>Kahdentoista vuoden kokemus varastosta ja terminaalista, joista viisi viimeistä esihenkilönä. Johdan 18 hengen vuoroa ja vastaan siitä, että lähtevä tavara on laiturilla ajallaan.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374151"/>
          <w:sz w:val="20"/>
        </w:rPr>
        <w:t>TYÖKOKEMUS</w:t>
      </w:r>
    </w:p>
    <w:p>
      <w:pPr>
        <w:tabs>
          <w:tab w:pos="10092" w:val="right"/>
        </w:tabs>
        <w:spacing w:before="60"/>
      </w:pPr>
      <w:r>
        <w:rPr>
          <w:b/>
        </w:rPr>
        <w:t>Vuoroesihenkilö</w:t>
      </w:r>
      <w:r>
        <w:tab/>
      </w:r>
      <w:r>
        <w:rPr>
          <w:color w:val="4B5563"/>
        </w:rPr>
        <w:t>2021–</w:t>
      </w:r>
    </w:p>
    <w:p>
      <w:r>
        <w:rPr>
          <w:i/>
          <w:color w:val="374151"/>
        </w:rPr>
        <w:t>Terminaali Oy, Vantaa</w:t>
      </w:r>
    </w:p>
    <w:p>
      <w:pPr>
        <w:pStyle w:val="ListBullet"/>
        <w:spacing w:after="0"/>
      </w:pPr>
      <w:r>
        <w:t>18 hengen iltavuoro, työvuorosuunnittelu ja perehdytys</w:t>
      </w:r>
    </w:p>
    <w:p>
      <w:pPr>
        <w:pStyle w:val="ListBullet"/>
        <w:spacing w:after="0"/>
      </w:pPr>
      <w:r>
        <w:t>Toimitusvarmuus 97,8 % → 99,1 % kahdessa vuodessa</w:t>
      </w:r>
    </w:p>
    <w:p>
      <w:pPr>
        <w:pStyle w:val="ListBullet"/>
        <w:spacing w:after="0"/>
      </w:pPr>
      <w:r>
        <w:t>Työturvallisuuspoikkeamat puolittuivat</w:t>
      </w:r>
    </w:p>
    <w:p>
      <w:pPr>
        <w:tabs>
          <w:tab w:pos="10092" w:val="right"/>
        </w:tabs>
        <w:spacing w:before="60"/>
      </w:pPr>
      <w:r>
        <w:rPr>
          <w:b/>
        </w:rPr>
        <w:t>Varastotyöntekijä, tiiminvetäjä</w:t>
      </w:r>
      <w:r>
        <w:tab/>
      </w:r>
      <w:r>
        <w:rPr>
          <w:color w:val="4B5563"/>
        </w:rPr>
        <w:t>2016–2021</w:t>
      </w:r>
    </w:p>
    <w:p>
      <w:r>
        <w:rPr>
          <w:i/>
          <w:color w:val="374151"/>
        </w:rPr>
        <w:t>Tukku Oy, Kerava</w:t>
      </w:r>
    </w:p>
    <w:p>
      <w:pPr>
        <w:pStyle w:val="ListBullet"/>
        <w:spacing w:after="0"/>
      </w:pPr>
      <w:r>
        <w:t>Keräily, trukkityö ja inventaariot</w:t>
      </w:r>
    </w:p>
    <w:p>
      <w:pPr>
        <w:pStyle w:val="ListBullet"/>
        <w:spacing w:after="0"/>
      </w:pPr>
      <w:r>
        <w:t>Tiiminvetäjänä 6 hengen ryhmälle, työvuorojen laatiminen</w:t>
      </w:r>
    </w:p>
    <w:p>
      <w:pPr>
        <w:tabs>
          <w:tab w:pos="10092" w:val="right"/>
        </w:tabs>
        <w:spacing w:before="60"/>
      </w:pPr>
      <w:r>
        <w:rPr>
          <w:b/>
        </w:rPr>
        <w:t>Varastotyöntekijä</w:t>
      </w:r>
      <w:r>
        <w:tab/>
      </w:r>
      <w:r>
        <w:rPr>
          <w:color w:val="4B5563"/>
        </w:rPr>
        <w:t>2013–2016</w:t>
      </w:r>
    </w:p>
    <w:p>
      <w:r>
        <w:rPr>
          <w:i/>
          <w:color w:val="374151"/>
        </w:rPr>
        <w:t>Henkilöstöpalvelu Oy, eri asiakkaat</w:t>
      </w:r>
    </w:p>
    <w:p>
      <w:pPr>
        <w:pStyle w:val="ListBullet"/>
        <w:spacing w:after="0"/>
      </w:pPr>
      <w:r>
        <w:t>Varastotyöt viidellä asiakasyrityksellä, mm. pakkaus ja lähettämö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374151"/>
          <w:sz w:val="20"/>
        </w:rPr>
        <w:t>KOULUTUS</w:t>
      </w:r>
    </w:p>
    <w:p>
      <w:pPr>
        <w:tabs>
          <w:tab w:pos="10092" w:val="right"/>
        </w:tabs>
        <w:spacing w:before="60"/>
      </w:pPr>
      <w:r>
        <w:rPr>
          <w:b/>
        </w:rPr>
        <w:t>Lähiesihenkilötyön ammattitutkinto</w:t>
      </w:r>
      <w:r>
        <w:tab/>
      </w:r>
      <w:r>
        <w:rPr>
          <w:color w:val="4B5563"/>
        </w:rPr>
        <w:t>2020</w:t>
      </w:r>
    </w:p>
    <w:p>
      <w:r>
        <w:rPr>
          <w:i/>
          <w:color w:val="374151"/>
        </w:rPr>
        <w:t>Vantaan ammattiopisto Varia</w:t>
      </w:r>
    </w:p>
    <w:p>
      <w:pPr>
        <w:tabs>
          <w:tab w:pos="10092" w:val="right"/>
        </w:tabs>
        <w:spacing w:before="60"/>
      </w:pPr>
      <w:r>
        <w:rPr>
          <w:b/>
        </w:rPr>
        <w:t>Logistiikan perustutkinto</w:t>
      </w:r>
      <w:r>
        <w:tab/>
      </w:r>
      <w:r>
        <w:rPr>
          <w:color w:val="4B5563"/>
        </w:rPr>
        <w:t>2013</w:t>
      </w:r>
    </w:p>
    <w:p>
      <w:r>
        <w:rPr>
          <w:i/>
          <w:color w:val="374151"/>
        </w:rPr>
        <w:t>Keuda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374151"/>
          <w:sz w:val="20"/>
        </w:rPr>
        <w:t>KORTIT JA LUVAT</w:t>
      </w:r>
    </w:p>
    <w:p>
      <w:pPr>
        <w:pStyle w:val="ListBullet"/>
        <w:spacing w:after="0"/>
      </w:pPr>
      <w:r>
        <w:t>Trukkikortti</w:t>
      </w:r>
    </w:p>
    <w:p>
      <w:pPr>
        <w:pStyle w:val="ListBullet"/>
        <w:spacing w:after="0"/>
      </w:pPr>
      <w:r>
        <w:t>Työturvallisuuskortti</w:t>
      </w:r>
    </w:p>
    <w:p>
      <w:pPr>
        <w:pStyle w:val="ListBullet"/>
        <w:spacing w:after="0"/>
      </w:pPr>
      <w:r>
        <w:t>Ensiapu EA1</w:t>
      </w:r>
    </w:p>
    <w:p>
      <w:pPr>
        <w:pStyle w:val="ListBullet"/>
        <w:spacing w:after="0"/>
      </w:pPr>
      <w:r>
        <w:t>Ajokortti B, C</w:t>
      </w:r>
    </w:p>
    <w:p>
      <w:pPr>
        <w:keepNext/>
        <w:spacing w:before="140" w:after="40"/>
        <w:pBdr>
          <w:bottom w:val="single" w:sz="4" w:space="2" w:color="D1D5DB"/>
        </w:pBdr>
      </w:pPr>
      <w:r>
        <w:rPr>
          <w:b/>
          <w:color w:val="374151"/>
          <w:sz w:val="20"/>
        </w:rPr>
        <w:t>JÄRJESTELMÄT</w:t>
      </w:r>
    </w:p>
    <w:p>
      <w:pPr>
        <w:pStyle w:val="ListBullet"/>
        <w:spacing w:after="0"/>
      </w:pPr>
      <w:r>
        <w:t>SAP EWM</w:t>
      </w:r>
    </w:p>
    <w:p>
      <w:pPr>
        <w:pStyle w:val="ListBullet"/>
        <w:spacing w:after="0"/>
      </w:pPr>
      <w:r>
        <w:t>Varastonhallintajärjestelmät</w:t>
      </w:r>
    </w:p>
    <w:p>
      <w:pPr>
        <w:pStyle w:val="ListBullet"/>
        <w:spacing w:after="0"/>
      </w:pPr>
      <w:r>
        <w:t>Excel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Jari Nieminen</dc:title>
  <dc:subject/>
  <dc:creator>Jari Nieminen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