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37"/>
        <w:gridCol w:w="3969"/>
      </w:tblGrid>
      <w:tr>
        <w:tc>
          <w:tcPr>
            <w:tcW w:type="dxa" w:w="6236"/>
          </w:tcPr>
          <w:p>
            <w:pPr>
              <w:spacing w:before="0" w:after="0" w:line="240" w:lineRule="auto"/>
              <w:jc w:val="left"/>
            </w:pPr>
            <w:r>
              <w:rPr>
                <w:rFonts w:ascii="Poppins" w:hAnsi="Poppins" w:cs="Poppins" w:eastAsia="Poppins"/>
                <w:b/>
                <w:color w:val="1E1B4B"/>
                <w:sz w:val="54"/>
              </w:rPr>
              <w:t>Petra Salonen</w:t>
            </w:r>
          </w:p>
          <w:p>
            <w:pPr>
              <w:spacing w:before="0" w:after="0"/>
              <w:jc w:val="left"/>
            </w:pPr>
            <w:r>
              <w:rPr>
                <w:rFonts w:ascii="Poppins Light" w:hAnsi="Poppins Light" w:cs="Poppins Light" w:eastAsia="Poppins Light"/>
                <w:color w:val="5B21B6"/>
                <w:sz w:val="25"/>
              </w:rPr>
              <w:t>Toimisto- ja tapahtumakoordinaattori</w:t>
            </w:r>
          </w:p>
        </w:tc>
        <w:tc>
          <w:tcPr>
            <w:tcW w:type="dxa" w:w="3969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Poppins" w:hAnsi="Poppins" w:cs="Poppins" w:eastAsia="Poppins"/>
                <w:color w:val="4C4A63"/>
                <w:sz w:val="17"/>
              </w:rPr>
              <w:t>050 444 5566</w:t>
            </w:r>
          </w:p>
          <w:p>
            <w:pPr>
              <w:spacing w:before="0" w:after="0"/>
              <w:jc w:val="right"/>
            </w:pPr>
            <w:r>
              <w:rPr>
                <w:rFonts w:ascii="Poppins" w:hAnsi="Poppins" w:cs="Poppins" w:eastAsia="Poppins"/>
                <w:color w:val="4C4A63"/>
                <w:sz w:val="17"/>
              </w:rPr>
              <w:t>petra.salonen@esimerkki.fi</w:t>
            </w:r>
          </w:p>
          <w:p>
            <w:pPr>
              <w:spacing w:before="0" w:after="0"/>
              <w:jc w:val="right"/>
            </w:pPr>
            <w:r>
              <w:rPr>
                <w:rFonts w:ascii="Poppins" w:hAnsi="Poppins" w:cs="Poppins" w:eastAsia="Poppins"/>
                <w:color w:val="4C4A63"/>
                <w:sz w:val="17"/>
              </w:rPr>
              <w:t>Lahti</w:t>
            </w:r>
          </w:p>
        </w:tc>
      </w:tr>
    </w:tbl>
    <w:p>
      <w:pPr>
        <w:spacing w:before="240" w:after="240" w:line="336" w:lineRule="auto"/>
        <w:ind w:left="227"/>
        <w:jc w:val="left"/>
        <w:pBdr>
          <w:left w:val="single" w:sz="24" w:space="10" w:color="5B21B6"/>
        </w:pBdr>
      </w:pPr>
      <w:r>
        <w:rPr>
          <w:rFonts w:ascii="Poppins" w:hAnsi="Poppins" w:cs="Poppins" w:eastAsia="Poppins"/>
          <w:color w:val="1E1B4B"/>
          <w:sz w:val="20"/>
        </w:rPr>
        <w:t>Olen tehnyt kymmenen vuotta töitä toimistossa, tapahtumissa ja hoivavapaalla yhdistyksessä. Yhteistä kaikelle: pidän langat käsissä, kun moni asia tapahtuu yhtä aikaa.</w:t>
      </w:r>
    </w:p>
    <w:p>
      <w:pPr>
        <w:spacing w:before="0" w:after="120"/>
        <w:jc w:val="left"/>
      </w:pPr>
      <w:r>
        <w:rPr>
          <w:rFonts w:ascii="Poppins" w:hAnsi="Poppins" w:cs="Poppins" w:eastAsia="Poppins"/>
          <w:b/>
          <w:color w:val="5B21B6"/>
          <w:sz w:val="18"/>
          <w:spacing w:val="30"/>
        </w:rPr>
        <w:t>KESKEINEN OSAAMINEN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8"/>
        <w:gridCol w:w="170"/>
        <w:gridCol w:w="3288"/>
        <w:gridCol w:w="170"/>
        <w:gridCol w:w="3288"/>
      </w:tblGrid>
      <w:tr>
        <w:tc>
          <w:tcPr>
            <w:tcW w:type="dxa" w:w="3288"/>
            <w:shd w:val="clear" w:color="auto" w:fill="EEE9FC"/>
            <w:tcMar>
              <w:top w:w="198" w:type="dxa"/>
              <w:left w:w="198" w:type="dxa"/>
              <w:bottom w:w="198" w:type="dxa"/>
              <w:right w:w="198" w:type="dxa"/>
            </w:tcMar>
          </w:tcPr>
          <w:p>
            <w:pPr>
              <w:spacing w:before="0" w:after="8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20"/>
              </w:rPr>
              <w:t>Tapahtumien järjestäminen</w:t>
            </w:r>
          </w:p>
          <w:p>
            <w:pPr>
              <w:tabs>
                <w:tab w:pos="170" w:val="left"/>
              </w:tabs>
              <w:spacing w:before="0" w:after="40"/>
              <w:ind w:left="170" w:hanging="170"/>
              <w:jc w:val="left"/>
            </w:pPr>
            <w:r>
              <w:rPr>
                <w:rFonts w:ascii="Poppins" w:hAnsi="Poppins" w:cs="Poppins" w:eastAsia="Poppins"/>
                <w:color w:val="5B21B6"/>
                <w:sz w:val="17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1E1B4B"/>
                <w:sz w:val="17"/>
              </w:rPr>
              <w:t>Kolme 300–500 hengen messutapahtumaa budjetista purkuun</w:t>
            </w:r>
          </w:p>
          <w:p>
            <w:pPr>
              <w:tabs>
                <w:tab w:pos="170" w:val="left"/>
              </w:tabs>
              <w:spacing w:before="0" w:after="40"/>
              <w:ind w:left="170" w:hanging="170"/>
              <w:jc w:val="left"/>
            </w:pPr>
            <w:r>
              <w:rPr>
                <w:rFonts w:ascii="Poppins" w:hAnsi="Poppins" w:cs="Poppins" w:eastAsia="Poppins"/>
                <w:color w:val="5B21B6"/>
                <w:sz w:val="17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1E1B4B"/>
                <w:sz w:val="17"/>
              </w:rPr>
              <w:t>Toimittajien kilpailutus ja sopimukset</w:t>
            </w:r>
          </w:p>
        </w:tc>
        <w:tc>
          <w:tcPr>
            <w:tcW w:type="dxa" w:w="170"/>
          </w:tcPr>
          <w:p/>
        </w:tc>
        <w:tc>
          <w:tcPr>
            <w:tcW w:type="dxa" w:w="3288"/>
            <w:shd w:val="clear" w:color="auto" w:fill="EEE9FC"/>
            <w:tcMar>
              <w:top w:w="198" w:type="dxa"/>
              <w:left w:w="198" w:type="dxa"/>
              <w:bottom w:w="198" w:type="dxa"/>
              <w:right w:w="198" w:type="dxa"/>
            </w:tcMar>
          </w:tcPr>
          <w:p>
            <w:pPr>
              <w:spacing w:before="0" w:after="8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20"/>
              </w:rPr>
              <w:t>Toimistotyö ja talous</w:t>
            </w:r>
          </w:p>
          <w:p>
            <w:pPr>
              <w:tabs>
                <w:tab w:pos="170" w:val="left"/>
              </w:tabs>
              <w:spacing w:before="0" w:after="40"/>
              <w:ind w:left="170" w:hanging="170"/>
              <w:jc w:val="left"/>
            </w:pPr>
            <w:r>
              <w:rPr>
                <w:rFonts w:ascii="Poppins" w:hAnsi="Poppins" w:cs="Poppins" w:eastAsia="Poppins"/>
                <w:color w:val="5B21B6"/>
                <w:sz w:val="17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1E1B4B"/>
                <w:sz w:val="17"/>
              </w:rPr>
              <w:t>Laskutus, ostoreskontra ja matkalaskut</w:t>
            </w:r>
          </w:p>
          <w:p>
            <w:pPr>
              <w:tabs>
                <w:tab w:pos="170" w:val="left"/>
              </w:tabs>
              <w:spacing w:before="0" w:after="40"/>
              <w:ind w:left="170" w:hanging="170"/>
              <w:jc w:val="left"/>
            </w:pPr>
            <w:r>
              <w:rPr>
                <w:rFonts w:ascii="Poppins" w:hAnsi="Poppins" w:cs="Poppins" w:eastAsia="Poppins"/>
                <w:color w:val="5B21B6"/>
                <w:sz w:val="17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1E1B4B"/>
                <w:sz w:val="17"/>
              </w:rPr>
              <w:t>Kokousten valmistelu ja pöytäkirjat</w:t>
            </w:r>
          </w:p>
        </w:tc>
        <w:tc>
          <w:tcPr>
            <w:tcW w:type="dxa" w:w="170"/>
          </w:tcPr>
          <w:p/>
        </w:tc>
        <w:tc>
          <w:tcPr>
            <w:tcW w:type="dxa" w:w="3288"/>
            <w:shd w:val="clear" w:color="auto" w:fill="EEE9FC"/>
            <w:tcMar>
              <w:top w:w="198" w:type="dxa"/>
              <w:left w:w="198" w:type="dxa"/>
              <w:bottom w:w="198" w:type="dxa"/>
              <w:right w:w="198" w:type="dxa"/>
            </w:tcMar>
          </w:tcPr>
          <w:p>
            <w:pPr>
              <w:spacing w:before="0" w:after="8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20"/>
              </w:rPr>
              <w:t>Viestintä</w:t>
            </w:r>
          </w:p>
          <w:p>
            <w:pPr>
              <w:tabs>
                <w:tab w:pos="170" w:val="left"/>
              </w:tabs>
              <w:spacing w:before="0" w:after="40"/>
              <w:ind w:left="170" w:hanging="170"/>
              <w:jc w:val="left"/>
            </w:pPr>
            <w:r>
              <w:rPr>
                <w:rFonts w:ascii="Poppins" w:hAnsi="Poppins" w:cs="Poppins" w:eastAsia="Poppins"/>
                <w:color w:val="5B21B6"/>
                <w:sz w:val="17"/>
              </w:rPr>
              <w:t>•</w:t>
            </w:r>
            <w:r>
              <w:tab/>
            </w:r>
            <w:r>
              <w:rPr>
                <w:rFonts w:ascii="Poppins" w:hAnsi="Poppins" w:cs="Poppins" w:eastAsia="Poppins"/>
                <w:color w:val="1E1B4B"/>
                <w:sz w:val="17"/>
              </w:rPr>
              <w:t>Yhdistyksen nettisivut ja uutiskirje, 1 200 tilaajaa</w:t>
            </w:r>
          </w:p>
        </w:tc>
      </w:tr>
    </w:tbl>
    <w:p>
      <w:pPr>
        <w:keepNext/>
        <w:spacing w:before="280" w:after="120"/>
        <w:jc w:val="left"/>
      </w:pPr>
      <w:r>
        <w:rPr>
          <w:rFonts w:ascii="Poppins" w:hAnsi="Poppins" w:cs="Poppins" w:eastAsia="Poppins"/>
          <w:b/>
          <w:color w:val="5B21B6"/>
          <w:sz w:val="18"/>
          <w:spacing w:val="30"/>
        </w:rPr>
        <w:t>TYÖHISTORIA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74"/>
        <w:gridCol w:w="4195"/>
        <w:gridCol w:w="4536"/>
      </w:tblGrid>
      <w:tr>
        <w:tc>
          <w:tcPr>
            <w:tcW w:type="dxa" w:w="1474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17"/>
              </w:rPr>
              <w:t>2023–</w:t>
            </w:r>
          </w:p>
        </w:tc>
        <w:tc>
          <w:tcPr>
            <w:tcW w:type="dxa" w:w="419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1E1B4B"/>
                <w:sz w:val="19"/>
              </w:rPr>
              <w:t>Koordinaattori (osa-aikainen)</w:t>
            </w:r>
          </w:p>
        </w:tc>
        <w:tc>
          <w:tcPr>
            <w:tcW w:type="dxa" w:w="453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color w:val="4C4A63"/>
                <w:sz w:val="18"/>
              </w:rPr>
              <w:t>Yhdistys ry, Lahti</w:t>
            </w:r>
          </w:p>
        </w:tc>
      </w:tr>
      <w:tr>
        <w:tc>
          <w:tcPr>
            <w:tcW w:type="dxa" w:w="1474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17"/>
              </w:rPr>
              <w:t>2020–2022</w:t>
            </w:r>
          </w:p>
        </w:tc>
        <w:tc>
          <w:tcPr>
            <w:tcW w:type="dxa" w:w="419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1E1B4B"/>
                <w:sz w:val="19"/>
              </w:rPr>
              <w:t>Hoitovapaa</w:t>
            </w:r>
          </w:p>
        </w:tc>
        <w:tc>
          <w:tcPr>
            <w:tcW w:type="dxa" w:w="453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color w:val="4C4A63"/>
                <w:sz w:val="18"/>
              </w:rPr>
            </w:r>
          </w:p>
        </w:tc>
      </w:tr>
      <w:tr>
        <w:tc>
          <w:tcPr>
            <w:tcW w:type="dxa" w:w="1474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17"/>
              </w:rPr>
              <w:t>2016–2020</w:t>
            </w:r>
          </w:p>
        </w:tc>
        <w:tc>
          <w:tcPr>
            <w:tcW w:type="dxa" w:w="419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1E1B4B"/>
                <w:sz w:val="19"/>
              </w:rPr>
              <w:t>Tapahtumakoordinaattori</w:t>
            </w:r>
          </w:p>
        </w:tc>
        <w:tc>
          <w:tcPr>
            <w:tcW w:type="dxa" w:w="453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color w:val="4C4A63"/>
                <w:sz w:val="18"/>
              </w:rPr>
              <w:t>Messupalvelu Oy</w:t>
            </w:r>
          </w:p>
        </w:tc>
      </w:tr>
      <w:tr>
        <w:tc>
          <w:tcPr>
            <w:tcW w:type="dxa" w:w="1474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17"/>
              </w:rPr>
              <w:t>2014–2016</w:t>
            </w:r>
          </w:p>
        </w:tc>
        <w:tc>
          <w:tcPr>
            <w:tcW w:type="dxa" w:w="419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1E1B4B"/>
                <w:sz w:val="19"/>
              </w:rPr>
              <w:t>Toimistosihteeri</w:t>
            </w:r>
          </w:p>
        </w:tc>
        <w:tc>
          <w:tcPr>
            <w:tcW w:type="dxa" w:w="453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color w:val="4C4A63"/>
                <w:sz w:val="18"/>
              </w:rPr>
              <w:t>Kiinteistöpalvelu Oy</w:t>
            </w:r>
          </w:p>
        </w:tc>
      </w:tr>
    </w:tbl>
    <w:p>
      <w:pPr>
        <w:keepNext/>
        <w:spacing w:before="280" w:after="120"/>
        <w:jc w:val="left"/>
      </w:pPr>
      <w:r>
        <w:rPr>
          <w:rFonts w:ascii="Poppins" w:hAnsi="Poppins" w:cs="Poppins" w:eastAsia="Poppins"/>
          <w:b/>
          <w:color w:val="5B21B6"/>
          <w:sz w:val="18"/>
          <w:spacing w:val="30"/>
        </w:rPr>
        <w:t>KOULUTUS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74"/>
        <w:gridCol w:w="4195"/>
        <w:gridCol w:w="4536"/>
      </w:tblGrid>
      <w:tr>
        <w:tc>
          <w:tcPr>
            <w:tcW w:type="dxa" w:w="1474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5B21B6"/>
                <w:sz w:val="17"/>
              </w:rPr>
              <w:t>2014</w:t>
            </w:r>
          </w:p>
        </w:tc>
        <w:tc>
          <w:tcPr>
            <w:tcW w:type="dxa" w:w="419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1E1B4B"/>
                <w:sz w:val="19"/>
              </w:rPr>
              <w:t>Tradenomi (AMK)</w:t>
            </w:r>
          </w:p>
        </w:tc>
        <w:tc>
          <w:tcPr>
            <w:tcW w:type="dxa" w:w="4535"/>
            <w:tcMar>
              <w:top w:w="68" w:type="dxa"/>
              <w:left w:w="0" w:type="dxa"/>
              <w:bottom w:w="68" w:type="dxa"/>
              <w:right w:w="0" w:type="dxa"/>
            </w:tcMar>
            <w:tcBorders>
              <w:bottom w:val="single" w:sz="4" w:space="0" w:color="E4E2F0"/>
            </w:tcBorders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color w:val="4C4A63"/>
                <w:sz w:val="18"/>
              </w:rPr>
              <w:t>LAB-ammattikorkeakoulu</w:t>
            </w:r>
          </w:p>
        </w:tc>
      </w:tr>
    </w:tbl>
    <w:p>
      <w:pPr>
        <w:keepNext/>
        <w:spacing w:before="280" w:after="80"/>
        <w:jc w:val="left"/>
      </w:pPr>
      <w:r>
        <w:rPr>
          <w:rFonts w:ascii="Poppins" w:hAnsi="Poppins" w:cs="Poppins" w:eastAsia="Poppins"/>
          <w:b/>
          <w:color w:val="5B21B6"/>
          <w:sz w:val="18"/>
          <w:spacing w:val="30"/>
        </w:rPr>
        <w:t>TYÖKALUT</w:t>
      </w:r>
    </w:p>
    <w:p>
      <w:pPr>
        <w:spacing w:before="0" w:after="40" w:line="480" w:lineRule="auto"/>
        <w:jc w:val="left"/>
      </w:pPr>
      <w:r>
        <w:rPr>
          <w:rFonts w:ascii="Poppins" w:hAnsi="Poppins" w:cs="Poppins" w:eastAsia="Poppins"/>
          <w:color w:val="5B21B6"/>
          <w:sz w:val="18"/>
          <w:shd w:val="clear" w:color="auto" w:fill="EEE9FC"/>
        </w:rPr>
        <w:t xml:space="preserve"> Microsoft 365 </w:t>
      </w:r>
      <w:r>
        <w:rPr>
          <w:rFonts w:ascii="Poppins" w:hAnsi="Poppins" w:cs="Poppins" w:eastAsia="Poppins"/>
          <w:sz w:val="18"/>
        </w:rPr>
        <w:t xml:space="preserve">  </w:t>
      </w:r>
      <w:r>
        <w:rPr>
          <w:rFonts w:ascii="Poppins" w:hAnsi="Poppins" w:cs="Poppins" w:eastAsia="Poppins"/>
          <w:color w:val="5B21B6"/>
          <w:sz w:val="18"/>
          <w:shd w:val="clear" w:color="auto" w:fill="EEE9FC"/>
        </w:rPr>
        <w:t xml:space="preserve"> WordPress </w:t>
      </w:r>
      <w:r>
        <w:rPr>
          <w:rFonts w:ascii="Poppins" w:hAnsi="Poppins" w:cs="Poppins" w:eastAsia="Poppins"/>
          <w:sz w:val="18"/>
        </w:rPr>
        <w:t xml:space="preserve">  </w:t>
      </w:r>
      <w:r>
        <w:rPr>
          <w:rFonts w:ascii="Poppins" w:hAnsi="Poppins" w:cs="Poppins" w:eastAsia="Poppins"/>
          <w:color w:val="5B21B6"/>
          <w:sz w:val="18"/>
          <w:shd w:val="clear" w:color="auto" w:fill="EEE9FC"/>
        </w:rPr>
        <w:t xml:space="preserve"> Mailchimp </w:t>
      </w:r>
      <w:r>
        <w:rPr>
          <w:rFonts w:ascii="Poppins" w:hAnsi="Poppins" w:cs="Poppins" w:eastAsia="Poppins"/>
          <w:sz w:val="18"/>
        </w:rPr>
        <w:t xml:space="preserve">  </w:t>
      </w:r>
      <w:r>
        <w:rPr>
          <w:rFonts w:ascii="Poppins" w:hAnsi="Poppins" w:cs="Poppins" w:eastAsia="Poppins"/>
          <w:color w:val="5B21B6"/>
          <w:sz w:val="18"/>
          <w:shd w:val="clear" w:color="auto" w:fill="EEE9FC"/>
        </w:rPr>
        <w:t xml:space="preserve"> Canva </w:t>
      </w:r>
    </w:p>
    <w:sectPr w:rsidR="00FC693F" w:rsidRPr="0006063C" w:rsidSect="00034616">
      <w:pgSz w:w="11906" w:h="16838"/>
      <w:pgMar w:top="850" w:right="850" w:bottom="680" w:left="8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charset w:val="00"/>
    <w:family w:val="auto"/>
    <w:pitch w:val="variable"/>
    <w:embedRegular r:id="rIdEmb1" w:fontKey="{1456A9E7-6784-4460-A706-F6D69F381EA7}"/>
    <w:embedBold r:id="rIdEmb2" w:fontKey="{3C572D8D-9BB9-4AFD-9019-A496853C8B85}"/>
    <w:embedItalic r:id="rIdEmb3" w:fontKey="{F16679C9-8525-4038-95DC-8AC6BD1DB74C}"/>
    <w:embedBoldItalic r:id="rIdEmb4" w:fontKey="{3A268C5A-D0BB-4160-99B1-E5DA363CE3A4}"/>
  </w:font>
  <w:font w:name="Poppins Light">
    <w:charset w:val="00"/>
    <w:family w:val="auto"/>
    <w:pitch w:val="variable"/>
    <w:embedRegular r:id="rIdEmb5" w:fontKey="{5B87C1B9-0E63-46C0-884B-8FB5BE71BC2C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93" w:lineRule="auto"/>
    </w:pPr>
    <w:rPr>
      <w:rFonts w:ascii="Poppins" w:hAnsi="Poppins" w:cs="Poppins" w:eastAsia="Poppi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Petra Salonen</dc:title>
  <dc:subject/>
  <dc:creator>Petra Salonen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