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C2410C"/>
          <w:sz w:val="40"/>
        </w:rPr>
        <w:t>Ville Rantanen</w:t>
      </w:r>
    </w:p>
    <w:p>
      <w:r>
        <w:rPr>
          <w:color w:val="4B5563"/>
          <w:sz w:val="22"/>
        </w:rPr>
        <w:t>Kirvesmies</w:t>
      </w:r>
    </w:p>
    <w:p>
      <w:pPr>
        <w:spacing w:after="120"/>
        <w:pBdr>
          <w:bottom w:val="single" w:sz="12" w:space="2" w:color="C2410C"/>
        </w:pBdr>
      </w:pPr>
      <w:r>
        <w:rPr>
          <w:color w:val="374151"/>
          <w:sz w:val="18"/>
        </w:rPr>
        <w:t>050 135 7924  |  ville.rantanen@esimerkki.fi  |  Seinäjoki</w:t>
      </w:r>
    </w:p>
    <w:p>
      <w:pPr>
        <w:keepNext/>
        <w:spacing w:before="140" w:after="40"/>
        <w:pBdr>
          <w:bottom w:val="single" w:sz="4" w:space="2" w:color="D1D5DB"/>
        </w:pBdr>
      </w:pPr>
      <w:r>
        <w:rPr>
          <w:b/>
          <w:color w:val="C2410C"/>
          <w:sz w:val="20"/>
        </w:rPr>
        <w:t>PROFIILI</w:t>
      </w:r>
    </w:p>
    <w:p>
      <w:pPr>
        <w:spacing w:after="80"/>
      </w:pPr>
      <w:r>
        <w:t>Kirvesmies, jolla on yhdeksän vuoden kokemus uudisrakentamisesta ja korjausrakentamisesta. Muotti-, runko- ja sisävalmistustyöt sujuvat, ja olen tottunut toimimaan työnjohtajan sijaisena.</w:t>
      </w:r>
    </w:p>
    <w:p>
      <w:pPr>
        <w:keepNext/>
        <w:spacing w:before="140" w:after="40"/>
        <w:pBdr>
          <w:bottom w:val="single" w:sz="4" w:space="2" w:color="D1D5DB"/>
        </w:pBdr>
      </w:pPr>
      <w:r>
        <w:rPr>
          <w:b/>
          <w:color w:val="C2410C"/>
          <w:sz w:val="20"/>
        </w:rPr>
        <w:t>KORTIT JA PÄTEVYYDET</w:t>
      </w:r>
    </w:p>
    <w:p>
      <w:pPr>
        <w:pStyle w:val="ListBullet"/>
        <w:spacing w:after="0"/>
      </w:pPr>
      <w:r>
        <w:t>Työturvallisuuskortti</w:t>
      </w:r>
    </w:p>
    <w:p>
      <w:pPr>
        <w:pStyle w:val="ListBullet"/>
        <w:spacing w:after="0"/>
      </w:pPr>
      <w:r>
        <w:t>Tulityökortti</w:t>
      </w:r>
    </w:p>
    <w:p>
      <w:pPr>
        <w:pStyle w:val="ListBullet"/>
        <w:spacing w:after="0"/>
      </w:pPr>
      <w:r>
        <w:t>Valtti-kortti</w:t>
      </w:r>
    </w:p>
    <w:p>
      <w:pPr>
        <w:pStyle w:val="ListBullet"/>
        <w:spacing w:after="0"/>
      </w:pPr>
      <w:r>
        <w:t>Tieturva 1</w:t>
      </w:r>
    </w:p>
    <w:p>
      <w:pPr>
        <w:pStyle w:val="ListBullet"/>
        <w:spacing w:after="0"/>
      </w:pPr>
      <w:r>
        <w:t>Henkilönostinkortti</w:t>
      </w:r>
    </w:p>
    <w:p>
      <w:pPr>
        <w:pStyle w:val="ListBullet"/>
        <w:spacing w:after="0"/>
      </w:pPr>
      <w:r>
        <w:t>Ajokortti B, BE</w:t>
      </w:r>
    </w:p>
    <w:p>
      <w:pPr>
        <w:keepNext/>
        <w:spacing w:before="140" w:after="40"/>
        <w:pBdr>
          <w:bottom w:val="single" w:sz="4" w:space="2" w:color="D1D5DB"/>
        </w:pBdr>
      </w:pPr>
      <w:r>
        <w:rPr>
          <w:b/>
          <w:color w:val="C2410C"/>
          <w:sz w:val="20"/>
        </w:rPr>
        <w:t>TYÖKOKEMUS</w:t>
      </w:r>
    </w:p>
    <w:p>
      <w:pPr>
        <w:tabs>
          <w:tab w:pos="10092" w:val="right"/>
        </w:tabs>
        <w:spacing w:before="60"/>
      </w:pPr>
      <w:r>
        <w:rPr>
          <w:b/>
        </w:rPr>
        <w:t>Kirvesmies</w:t>
      </w:r>
      <w:r>
        <w:tab/>
      </w:r>
      <w:r>
        <w:rPr>
          <w:color w:val="4B5563"/>
        </w:rPr>
        <w:t>2020–</w:t>
      </w:r>
    </w:p>
    <w:p>
      <w:r>
        <w:rPr>
          <w:i/>
          <w:color w:val="374151"/>
        </w:rPr>
        <w:t>Rakennusliike Oy, Seinäjoki</w:t>
      </w:r>
    </w:p>
    <w:p>
      <w:pPr>
        <w:pStyle w:val="ListBullet"/>
        <w:spacing w:after="0"/>
      </w:pPr>
      <w:r>
        <w:t>Kerrostalokohteet 30–60 asuntoa</w:t>
      </w:r>
    </w:p>
    <w:p>
      <w:pPr>
        <w:pStyle w:val="ListBullet"/>
        <w:spacing w:after="0"/>
      </w:pPr>
      <w:r>
        <w:t>Muottityöt ja elementtiasennus</w:t>
      </w:r>
    </w:p>
    <w:p>
      <w:pPr>
        <w:pStyle w:val="ListBullet"/>
        <w:spacing w:after="0"/>
      </w:pPr>
      <w:r>
        <w:t>Työnjohtajan sijainen lomakausina</w:t>
      </w:r>
    </w:p>
    <w:p>
      <w:pPr>
        <w:pStyle w:val="ListBullet"/>
        <w:spacing w:after="0"/>
      </w:pPr>
      <w:r>
        <w:t>Laadunvarmistus ja kosteudenhallinta: mittaukset ja dokumentointi</w:t>
      </w:r>
    </w:p>
    <w:p>
      <w:pPr>
        <w:tabs>
          <w:tab w:pos="10092" w:val="right"/>
        </w:tabs>
        <w:spacing w:before="60"/>
      </w:pPr>
      <w:r>
        <w:rPr>
          <w:b/>
        </w:rPr>
        <w:t>Rakennusmies</w:t>
      </w:r>
      <w:r>
        <w:tab/>
      </w:r>
      <w:r>
        <w:rPr>
          <w:color w:val="4B5563"/>
        </w:rPr>
        <w:t>2017–2020</w:t>
      </w:r>
    </w:p>
    <w:p>
      <w:r>
        <w:rPr>
          <w:i/>
          <w:color w:val="374151"/>
        </w:rPr>
        <w:t>Korjausrakentaja Oy</w:t>
      </w:r>
    </w:p>
    <w:p>
      <w:pPr>
        <w:pStyle w:val="ListBullet"/>
        <w:spacing w:after="0"/>
      </w:pPr>
      <w:r>
        <w:t>Kylpyhuone- ja julkisivuremontit</w:t>
      </w:r>
    </w:p>
    <w:p>
      <w:pPr>
        <w:tabs>
          <w:tab w:pos="10092" w:val="right"/>
        </w:tabs>
        <w:spacing w:before="60"/>
      </w:pPr>
      <w:r>
        <w:rPr>
          <w:b/>
        </w:rPr>
        <w:t>Rakennusmiesharjoittelija ja kesätyöt</w:t>
      </w:r>
      <w:r>
        <w:tab/>
      </w:r>
      <w:r>
        <w:rPr>
          <w:color w:val="4B5563"/>
        </w:rPr>
        <w:t>2014–2017</w:t>
      </w:r>
    </w:p>
    <w:p>
      <w:r>
        <w:rPr>
          <w:i/>
          <w:color w:val="374151"/>
        </w:rPr>
        <w:t>Rakennus Oy, Seinäjoki</w:t>
      </w:r>
    </w:p>
    <w:p>
      <w:pPr>
        <w:pStyle w:val="ListBullet"/>
        <w:spacing w:after="0"/>
      </w:pPr>
      <w:r>
        <w:t>Purku- ja apumiestyöt, työmaan siivous ja logistiikka</w:t>
      </w:r>
    </w:p>
    <w:p>
      <w:pPr>
        <w:keepNext/>
        <w:spacing w:before="140" w:after="40"/>
        <w:pBdr>
          <w:bottom w:val="single" w:sz="4" w:space="2" w:color="D1D5DB"/>
        </w:pBdr>
      </w:pPr>
      <w:r>
        <w:rPr>
          <w:b/>
          <w:color w:val="C2410C"/>
          <w:sz w:val="20"/>
        </w:rPr>
        <w:t>KOULUTUS</w:t>
      </w:r>
    </w:p>
    <w:p>
      <w:pPr>
        <w:tabs>
          <w:tab w:pos="10092" w:val="right"/>
        </w:tabs>
        <w:spacing w:before="60"/>
      </w:pPr>
      <w:r>
        <w:rPr>
          <w:b/>
        </w:rPr>
        <w:t>Talonrakennuksen perustutkinto</w:t>
      </w:r>
      <w:r>
        <w:tab/>
      </w:r>
      <w:r>
        <w:rPr>
          <w:color w:val="4B5563"/>
        </w:rPr>
        <w:t>2014–2017</w:t>
      </w:r>
    </w:p>
    <w:p>
      <w:r>
        <w:rPr>
          <w:i/>
          <w:color w:val="374151"/>
        </w:rPr>
        <w:t>SEDU, Seinäjoki</w:t>
      </w:r>
    </w:p>
    <w:p>
      <w:pPr>
        <w:keepNext/>
        <w:spacing w:before="140" w:after="40"/>
        <w:pBdr>
          <w:bottom w:val="single" w:sz="4" w:space="2" w:color="D1D5DB"/>
        </w:pBdr>
      </w:pPr>
      <w:r>
        <w:rPr>
          <w:b/>
          <w:color w:val="C2410C"/>
          <w:sz w:val="20"/>
        </w:rPr>
        <w:t>LAITTEET JA KONEET</w:t>
      </w:r>
    </w:p>
    <w:p>
      <w:pPr>
        <w:pStyle w:val="ListBullet"/>
        <w:spacing w:after="0"/>
      </w:pPr>
      <w:r>
        <w:t>Henkilönostimet (saksi- ja puominostin)</w:t>
      </w:r>
    </w:p>
    <w:p>
      <w:pPr>
        <w:pStyle w:val="ListBullet"/>
        <w:spacing w:after="0"/>
      </w:pPr>
      <w:r>
        <w:t>Laser- ja takymetrimittaus</w:t>
      </w:r>
    </w:p>
    <w:p>
      <w:pPr>
        <w:pStyle w:val="ListBullet"/>
        <w:spacing w:after="0"/>
      </w:pPr>
      <w:r>
        <w:t>Muottijärjestelmät (Doka, Peri)</w:t>
      </w:r>
    </w:p>
    <w:p>
      <w:pPr>
        <w:pStyle w:val="ListBullet"/>
        <w:spacing w:after="0"/>
      </w:pPr>
      <w:r>
        <w:t>Elementtiasennus nosturin kanssa</w:t>
      </w:r>
    </w:p>
    <w:p>
      <w:pPr>
        <w:keepNext/>
        <w:spacing w:before="140" w:after="40"/>
        <w:pBdr>
          <w:bottom w:val="single" w:sz="4" w:space="2" w:color="D1D5DB"/>
        </w:pBdr>
      </w:pPr>
      <w:r>
        <w:rPr>
          <w:b/>
          <w:color w:val="C2410C"/>
          <w:sz w:val="20"/>
        </w:rPr>
        <w:t>KIELITAITO</w:t>
      </w:r>
    </w:p>
    <w:p>
      <w:pPr>
        <w:pStyle w:val="ListBullet"/>
        <w:spacing w:after="0"/>
      </w:pPr>
      <w:r>
        <w:t>Suomi: äidinkieli</w:t>
      </w:r>
    </w:p>
    <w:p>
      <w:pPr>
        <w:pStyle w:val="ListBullet"/>
        <w:spacing w:after="0"/>
      </w:pPr>
      <w:r>
        <w:t>Englanti: tyydyttävä</w:t>
      </w:r>
    </w:p>
    <w:sectPr w:rsidR="00FC693F" w:rsidRPr="0006063C" w:rsidSect="00034616">
      <w:pgSz w:w="11906" w:h="16838"/>
      <w:pgMar w:top="794" w:right="907" w:bottom="794" w:left="90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264" w:lineRule="auto"/>
    </w:pPr>
    <w:rPr>
      <w:rFonts w:ascii="Arial" w:hAnsi="Arial" w:eastAsia="Arial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CV – Ville Rantanen</dc:title>
  <dc:subject/>
  <dc:creator>Ville Rantanen</dc:creator>
  <cp:keywords/>
  <dc:description>ATS-versio. CV-pohja: CV-paja, cvpaja.fi. Korvaa esimerkkitekstit omillasi.</dc:description>
  <cp:lastModifiedBy>CV-paja</cp:lastModifiedBy>
  <cp:revision>1</cp:revision>
  <dcterms:created xsi:type="dcterms:W3CDTF">2013-12-23T23:15:00Z</dcterms:created>
  <dcterms:modified xsi:type="dcterms:W3CDTF">2013-12-23T23:15:00Z</dcterms:modified>
  <cp:category>CV-pohja</cp:category>
</cp:coreProperties>
</file>