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5F"/>
          <w:sz w:val="48"/>
        </w:rPr>
        <w:t>Anna Virtanen</w:t>
      </w:r>
    </w:p>
    <w:p>
      <w:r>
        <w:rPr>
          <w:color w:val="4B5563"/>
          <w:sz w:val="25"/>
        </w:rPr>
        <w:t>Asiakaspalvelun ammattilainen</w:t>
      </w:r>
    </w:p>
    <w:p>
      <w:pPr>
        <w:spacing w:after="200"/>
        <w:pBdr>
          <w:bottom w:val="single" w:sz="12" w:space="2" w:color="1F3A5F"/>
        </w:pBdr>
      </w:pPr>
      <w:r>
        <w:rPr>
          <w:color w:val="374151"/>
          <w:sz w:val="19"/>
        </w:rPr>
        <w:t>040 123 4567  |  anna.virtanen@esimerkki.fi  |  Tampere  |  linkedin.com/in/annavirtanen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F3A5F"/>
          <w:sz w:val="22"/>
        </w:rPr>
        <w:t>PROFIILI</w:t>
      </w:r>
    </w:p>
    <w:p>
      <w:pPr>
        <w:spacing w:after="80"/>
      </w:pPr>
      <w:r>
        <w:t>Kuusi vuotta asiakaspalvelua kaupan alalla ja puhelinpalvelussa. Hoidan vaativatkin reklamaatiot rauhallisesti ja tiedän, miten kassajärjestelmä, verkkokaupan tilaukset ja varasto puhuvat keskenään. Haen vakituista tehtävää, jossa pääsen kehittämään palvelun laatua.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F3A5F"/>
          <w:sz w:val="22"/>
        </w:rPr>
        <w:t>TYÖKOKEMUS</w:t>
      </w:r>
    </w:p>
    <w:p>
      <w:pPr>
        <w:tabs>
          <w:tab w:pos="9638" w:val="right"/>
        </w:tabs>
        <w:spacing w:before="100"/>
      </w:pPr>
      <w:r>
        <w:rPr>
          <w:b/>
        </w:rPr>
        <w:t>Asiakaspalveluneuvoja</w:t>
      </w:r>
      <w:r>
        <w:tab/>
      </w:r>
      <w:r>
        <w:rPr>
          <w:color w:val="4B5563"/>
        </w:rPr>
        <w:t>2022–</w:t>
      </w:r>
    </w:p>
    <w:p>
      <w:r>
        <w:rPr>
          <w:i/>
          <w:color w:val="374151"/>
        </w:rPr>
        <w:t>Kodintekniikka Oy, Tampere</w:t>
      </w:r>
    </w:p>
    <w:p>
      <w:pPr>
        <w:pStyle w:val="ListBullet"/>
        <w:spacing w:after="0"/>
      </w:pPr>
      <w:r>
        <w:t>Vastaan noin 60 puheluun ja chat-kyselyyn päivässä, asiakastyytyväisyys 4,6/5</w:t>
      </w:r>
    </w:p>
    <w:p>
      <w:pPr>
        <w:pStyle w:val="ListBullet"/>
        <w:spacing w:after="0"/>
      </w:pPr>
      <w:r>
        <w:t>Koulutin neljä uutta työntekijää reklamaatioprosessiin</w:t>
      </w:r>
    </w:p>
    <w:p>
      <w:pPr>
        <w:pStyle w:val="ListBullet"/>
        <w:spacing w:after="0"/>
      </w:pPr>
      <w:r>
        <w:t>Ehdotin palautusohjeen uusimista, joka vähensi turhia yhteydenottoja</w:t>
      </w:r>
    </w:p>
    <w:p>
      <w:pPr>
        <w:tabs>
          <w:tab w:pos="9638" w:val="right"/>
        </w:tabs>
        <w:spacing w:before="100"/>
      </w:pPr>
      <w:r>
        <w:rPr>
          <w:b/>
        </w:rPr>
        <w:t>Myyjä</w:t>
      </w:r>
      <w:r>
        <w:tab/>
      </w:r>
      <w:r>
        <w:rPr>
          <w:color w:val="4B5563"/>
        </w:rPr>
        <w:t>2019–2022</w:t>
      </w:r>
    </w:p>
    <w:p>
      <w:r>
        <w:rPr>
          <w:i/>
          <w:color w:val="374151"/>
        </w:rPr>
        <w:t>Urheiluketju Oy, Tampere</w:t>
      </w:r>
    </w:p>
    <w:p>
      <w:pPr>
        <w:pStyle w:val="ListBullet"/>
        <w:spacing w:after="0"/>
      </w:pPr>
      <w:r>
        <w:t>Kassa, myyntityö ja hyllytys</w:t>
      </w:r>
    </w:p>
    <w:p>
      <w:pPr>
        <w:pStyle w:val="ListBullet"/>
        <w:spacing w:after="0"/>
      </w:pPr>
      <w:r>
        <w:t>Vastasin osaston tilauksista kahdesti viikossa</w:t>
      </w:r>
    </w:p>
    <w:p>
      <w:pPr>
        <w:tabs>
          <w:tab w:pos="9638" w:val="right"/>
        </w:tabs>
        <w:spacing w:before="100"/>
      </w:pPr>
      <w:r>
        <w:rPr>
          <w:b/>
        </w:rPr>
        <w:t>Kesätyöntekijä</w:t>
      </w:r>
      <w:r>
        <w:tab/>
      </w:r>
      <w:r>
        <w:rPr>
          <w:color w:val="4B5563"/>
        </w:rPr>
        <w:t>2018 (kesä)</w:t>
      </w:r>
    </w:p>
    <w:p>
      <w:r>
        <w:rPr>
          <w:i/>
          <w:color w:val="374151"/>
        </w:rPr>
        <w:t>Lähikauppa, Nokia</w:t>
      </w:r>
    </w:p>
    <w:p>
      <w:pPr>
        <w:pStyle w:val="ListBullet"/>
        <w:spacing w:after="0"/>
      </w:pPr>
      <w:r>
        <w:t>Kassa ja tuotteiden vastaanotto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F3A5F"/>
          <w:sz w:val="22"/>
        </w:rPr>
        <w:t>KOULUTUS</w:t>
      </w:r>
    </w:p>
    <w:p>
      <w:pPr>
        <w:tabs>
          <w:tab w:pos="9638" w:val="right"/>
        </w:tabs>
        <w:spacing w:before="100"/>
      </w:pPr>
      <w:r>
        <w:rPr>
          <w:b/>
        </w:rPr>
        <w:t>Merkonomi, liiketoiminnan perustutkinto</w:t>
      </w:r>
      <w:r>
        <w:tab/>
      </w:r>
      <w:r>
        <w:rPr>
          <w:color w:val="4B5563"/>
        </w:rPr>
        <w:t>2016–2019</w:t>
      </w:r>
    </w:p>
    <w:p>
      <w:r>
        <w:rPr>
          <w:i/>
          <w:color w:val="374151"/>
        </w:rPr>
        <w:t>Tredu, Tampere</w:t>
      </w:r>
    </w:p>
    <w:p>
      <w:pPr>
        <w:tabs>
          <w:tab w:pos="9638" w:val="right"/>
        </w:tabs>
        <w:spacing w:before="100"/>
      </w:pPr>
      <w:r>
        <w:rPr>
          <w:b/>
        </w:rPr>
        <w:t>Asiakaspalvelun ammattitutkinto (osatutkinto)</w:t>
      </w:r>
      <w:r>
        <w:tab/>
      </w:r>
      <w:r>
        <w:rPr>
          <w:color w:val="4B5563"/>
        </w:rPr>
        <w:t>2023</w:t>
      </w:r>
    </w:p>
    <w:p>
      <w:r>
        <w:rPr>
          <w:i/>
          <w:color w:val="374151"/>
        </w:rPr>
        <w:t>Tredu, oppisopimus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F3A5F"/>
          <w:sz w:val="22"/>
        </w:rPr>
        <w:t>TAIDOT</w:t>
      </w:r>
    </w:p>
    <w:p>
      <w:pPr>
        <w:pStyle w:val="ListBullet"/>
        <w:spacing w:after="0"/>
      </w:pPr>
      <w:r>
        <w:t>Asiakaspalvelu puhelimessa ja chatissa</w:t>
      </w:r>
    </w:p>
    <w:p>
      <w:pPr>
        <w:pStyle w:val="ListBullet"/>
        <w:spacing w:after="0"/>
      </w:pPr>
      <w:r>
        <w:t>Kassajärjestelmät</w:t>
      </w:r>
    </w:p>
    <w:p>
      <w:pPr>
        <w:pStyle w:val="ListBullet"/>
        <w:spacing w:after="0"/>
      </w:pPr>
      <w:r>
        <w:t>Microsoft 365</w:t>
      </w:r>
    </w:p>
    <w:p>
      <w:pPr>
        <w:pStyle w:val="ListBullet"/>
        <w:spacing w:after="0"/>
      </w:pPr>
      <w:r>
        <w:t>Reklamaatioiden käsittely</w:t>
      </w:r>
    </w:p>
    <w:p>
      <w:pPr>
        <w:pStyle w:val="ListBullet"/>
        <w:spacing w:after="0"/>
      </w:pPr>
      <w:r>
        <w:t>Hygieniapassi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F3A5F"/>
          <w:sz w:val="22"/>
        </w:rPr>
        <w:t>KIELITAITO</w:t>
      </w:r>
    </w:p>
    <w:p>
      <w:pPr>
        <w:pStyle w:val="ListBullet"/>
        <w:spacing w:after="0"/>
      </w:pPr>
      <w:r>
        <w:t>Suomi: äidinkieli</w:t>
      </w:r>
    </w:p>
    <w:p>
      <w:pPr>
        <w:pStyle w:val="ListBullet"/>
        <w:spacing w:after="0"/>
      </w:pPr>
      <w:r>
        <w:t>Englanti: hyvä</w:t>
      </w:r>
    </w:p>
    <w:p>
      <w:pPr>
        <w:pStyle w:val="ListBullet"/>
        <w:spacing w:after="0"/>
      </w:pPr>
      <w:r>
        <w:t>Ruotsi: tyydyttävä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Anna Virtanen</dc:title>
  <dc:subject/>
  <dc:creator>Anna Virtanen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