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B45309"/>
        <w:spacing w:after="0"/>
      </w:pPr>
      <w:r>
        <w:rPr>
          <w:b/>
          <w:color w:val="FFFFFF"/>
          <w:sz w:val="44"/>
        </w:rPr>
        <w:t>Emma Korhonen</w:t>
      </w:r>
    </w:p>
    <w:p>
      <w:pPr>
        <w:shd w:val="clear" w:color="auto" w:fill="B45309"/>
        <w:spacing w:after="160"/>
      </w:pPr>
      <w:r>
        <w:rPr>
          <w:color w:val="FFFFFF"/>
          <w:sz w:val="24"/>
        </w:rPr>
        <w:t>Kesätyönhakija</w:t>
      </w:r>
    </w:p>
    <w:p>
      <w:pPr>
        <w:spacing w:after="200"/>
      </w:pPr>
      <w:r>
        <w:rPr>
          <w:color w:val="374151"/>
          <w:sz w:val="19"/>
        </w:rPr>
        <w:t>045 111 2233  |  emma.korhonen@esimerkki.fi  |  Oulu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B45309"/>
          <w:sz w:val="22"/>
        </w:rPr>
        <w:t>PROFIILI</w:t>
      </w:r>
    </w:p>
    <w:p>
      <w:pPr>
        <w:spacing w:after="80"/>
      </w:pPr>
      <w:r>
        <w:t>Lukion toisen vuoden opiskelija, joka haluaa kesäksi töihin asiakaspalveluun. Olen ollut kolme vuotta salibandyseuran junioriohjaajana, joten olen tottunut olemaan ajoissa, puhumaan vieraille ihmisille ja hoitamaan asiat loppuun.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B45309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Lukio-opinnot</w:t>
      </w:r>
      <w:r>
        <w:tab/>
      </w:r>
      <w:r>
        <w:rPr>
          <w:color w:val="4B5563"/>
        </w:rPr>
        <w:t>2024–</w:t>
      </w:r>
    </w:p>
    <w:p>
      <w:r>
        <w:rPr>
          <w:i/>
          <w:color w:val="374151"/>
        </w:rPr>
        <w:t>Oulun Lyseon lukio</w:t>
      </w:r>
    </w:p>
    <w:p>
      <w:pPr>
        <w:pStyle w:val="ListBullet"/>
        <w:spacing w:after="0"/>
      </w:pPr>
      <w:r>
        <w:t>Valmistun keväällä 2027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B45309"/>
          <w:sz w:val="22"/>
        </w:rPr>
        <w:t>TYÖKOKEMUS</w:t>
      </w:r>
    </w:p>
    <w:p>
      <w:pPr>
        <w:tabs>
          <w:tab w:pos="9638" w:val="right"/>
        </w:tabs>
        <w:spacing w:before="100"/>
      </w:pPr>
      <w:r>
        <w:rPr>
          <w:b/>
        </w:rPr>
        <w:t>Kesätyöntekijä (2 viikkoa)</w:t>
      </w:r>
      <w:r>
        <w:tab/>
      </w:r>
      <w:r>
        <w:rPr>
          <w:color w:val="4B5563"/>
        </w:rPr>
        <w:t>Kesä 2025</w:t>
      </w:r>
    </w:p>
    <w:p>
      <w:r>
        <w:rPr>
          <w:i/>
          <w:color w:val="374151"/>
        </w:rPr>
        <w:t>Oulun kaupungin nuorten kesätyö, puistotyöt</w:t>
      </w:r>
    </w:p>
    <w:p>
      <w:pPr>
        <w:tabs>
          <w:tab w:pos="9638" w:val="right"/>
        </w:tabs>
        <w:spacing w:before="100"/>
      </w:pPr>
      <w:r>
        <w:rPr>
          <w:b/>
        </w:rPr>
        <w:t>Junioriohjaaja</w:t>
      </w:r>
      <w:r>
        <w:tab/>
      </w:r>
      <w:r>
        <w:rPr>
          <w:color w:val="4B5563"/>
        </w:rPr>
        <w:t>2022–</w:t>
      </w:r>
    </w:p>
    <w:p>
      <w:r>
        <w:rPr>
          <w:i/>
          <w:color w:val="374151"/>
        </w:rPr>
        <w:t>Salibandyseura, Oulu</w:t>
      </w:r>
    </w:p>
    <w:p>
      <w:pPr>
        <w:pStyle w:val="ListBullet"/>
        <w:spacing w:after="0"/>
      </w:pPr>
      <w:r>
        <w:t>Ohjaan 8–10-vuotiaiden harjoituksia kerran viikossa</w:t>
      </w:r>
    </w:p>
    <w:p>
      <w:pPr>
        <w:pStyle w:val="ListBullet"/>
        <w:spacing w:after="0"/>
      </w:pPr>
      <w:r>
        <w:t>Hoidan turnausten kahvion vuoroja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B45309"/>
          <w:sz w:val="22"/>
        </w:rPr>
        <w:t>TAIDOT</w:t>
      </w:r>
    </w:p>
    <w:p>
      <w:pPr>
        <w:pStyle w:val="ListBullet"/>
        <w:spacing w:after="0"/>
      </w:pPr>
      <w:r>
        <w:t>Asiakaspalvelu ja vuorovaikutus</w:t>
      </w:r>
    </w:p>
    <w:p>
      <w:pPr>
        <w:pStyle w:val="ListBullet"/>
        <w:spacing w:after="0"/>
      </w:pPr>
      <w:r>
        <w:t>Kassan käsittely (seuran kahvio)</w:t>
      </w:r>
    </w:p>
    <w:p>
      <w:pPr>
        <w:pStyle w:val="ListBullet"/>
        <w:spacing w:after="0"/>
      </w:pPr>
      <w:r>
        <w:t>Microsoft 365 ja Google-työkalut</w:t>
      </w:r>
    </w:p>
    <w:p>
      <w:pPr>
        <w:pStyle w:val="ListBullet"/>
        <w:spacing w:after="0"/>
      </w:pPr>
      <w:r>
        <w:t>Hygieniapassi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B45309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hyvä</w:t>
      </w:r>
    </w:p>
    <w:p>
      <w:pPr>
        <w:pStyle w:val="ListBullet"/>
        <w:spacing w:after="0"/>
      </w:pPr>
      <w:r>
        <w:t>Ruotsi: alkeet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B45309"/>
          <w:sz w:val="22"/>
        </w:rPr>
        <w:t>HARRASTUKSET</w:t>
      </w:r>
    </w:p>
    <w:p>
      <w:pPr>
        <w:pStyle w:val="ListBullet"/>
        <w:spacing w:after="0"/>
      </w:pPr>
      <w:r>
        <w:t>Salibandy</w:t>
      </w:r>
    </w:p>
    <w:p>
      <w:pPr>
        <w:pStyle w:val="ListBullet"/>
        <w:spacing w:after="0"/>
      </w:pPr>
      <w:r>
        <w:t>Leipominen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Emma Korhonen</dc:title>
  <dc:subject/>
  <dc:creator>Emma Korhonen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