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381"/>
        <w:gridCol w:w="7824"/>
      </w:tblGrid>
      <w:tr>
        <w:tc>
          <w:tcPr>
            <w:tcW w:type="dxa" w:w="2381"/>
          </w:tcPr>
          <w:p>
            <w:pPr>
              <w:spacing w:before="0" w:after="0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1" name="Picture 1" descr="Oma kuva. Vaihda: hiiren oikea painike &gt; Muuta kuvaa. Poista, jos et halua kuvaa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uva-lamm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24"/>
            <w:vAlign w:val="center"/>
            <w:tcMar>
              <w:top w:w="0" w:type="dxa"/>
              <w:left w:w="113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Poppins" w:hAnsi="Poppins" w:cs="Poppins" w:eastAsia="Poppins"/>
                <w:b/>
                <w:color w:val="1F2937"/>
                <w:sz w:val="52"/>
              </w:rPr>
              <w:t>Liisa Koskinen</w:t>
            </w:r>
          </w:p>
          <w:p>
            <w:pPr>
              <w:spacing w:before="0" w:after="120"/>
              <w:jc w:val="left"/>
            </w:pPr>
            <w:r>
              <w:rPr>
                <w:rFonts w:ascii="Poppins Light" w:hAnsi="Poppins Light" w:cs="Poppins Light" w:eastAsia="Poppins Light"/>
                <w:color w:val="9D174D"/>
                <w:sz w:val="28"/>
              </w:rPr>
              <w:t>Lähihoitaja</w:t>
            </w:r>
          </w:p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color w:val="4B5563"/>
                <w:sz w:val="17"/>
              </w:rPr>
              <w:t>040 246 8101  ·  liisa.koskinen@esimerkki.fi  ·  Lappeenranta</w:t>
            </w:r>
          </w:p>
        </w:tc>
      </w:tr>
    </w:tbl>
    <w:p>
      <w:pPr>
        <w:spacing w:before="280" w:after="120"/>
        <w:jc w:val="left"/>
      </w:pPr>
      <w:r>
        <w:rPr>
          <w:rFonts w:ascii="Poppins" w:hAnsi="Poppins" w:cs="Poppins" w:eastAsia="Poppins"/>
          <w:b/>
          <w:color w:val="9D174D"/>
          <w:sz w:val="17"/>
          <w:spacing w:val="30"/>
        </w:rPr>
        <w:t>AMMATTIOIKEUS JA LUVAT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402"/>
        <w:gridCol w:w="3402"/>
        <w:gridCol w:w="3402"/>
      </w:tblGrid>
      <w:tr>
        <w:tc>
          <w:tcPr>
            <w:tcW w:type="dxa" w:w="3402"/>
            <w:tcMar>
              <w:top w:w="90" w:type="dxa"/>
              <w:left w:w="141" w:type="dxa"/>
              <w:bottom w:w="90" w:type="dxa"/>
              <w:right w:w="113" w:type="dxa"/>
            </w:tcMar>
            <w:tcBorders>
              <w:bottom w:val="single" w:sz="24" w:space="0" w:color="FFFFFF"/>
              <w:right w:val="single" w:sz="24" w:space="0" w:color="FFFFFF"/>
            </w:tcBorders>
            <w:shd w:val="clear" w:color="auto" w:fill="FCE7F1"/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9D174D"/>
                <w:sz w:val="18"/>
              </w:rPr>
              <w:t xml:space="preserve">✓ </w:t>
            </w:r>
            <w:r>
              <w:rPr>
                <w:rFonts w:ascii="Poppins" w:hAnsi="Poppins" w:cs="Poppins" w:eastAsia="Poppins"/>
                <w:color w:val="1F2937"/>
                <w:sz w:val="17"/>
              </w:rPr>
              <w:t>Nimikesuojattu ammattihenkilö (Valvira, JulkiTerhikki)</w:t>
            </w:r>
          </w:p>
        </w:tc>
        <w:tc>
          <w:tcPr>
            <w:tcW w:type="dxa" w:w="3402"/>
            <w:tcMar>
              <w:top w:w="90" w:type="dxa"/>
              <w:left w:w="141" w:type="dxa"/>
              <w:bottom w:w="90" w:type="dxa"/>
              <w:right w:w="113" w:type="dxa"/>
            </w:tcMar>
            <w:tcBorders>
              <w:bottom w:val="single" w:sz="24" w:space="0" w:color="FFFFFF"/>
              <w:right w:val="single" w:sz="24" w:space="0" w:color="FFFFFF"/>
            </w:tcBorders>
            <w:shd w:val="clear" w:color="auto" w:fill="FCE7F1"/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9D174D"/>
                <w:sz w:val="18"/>
              </w:rPr>
              <w:t xml:space="preserve">✓ </w:t>
            </w:r>
            <w:r>
              <w:rPr>
                <w:rFonts w:ascii="Poppins" w:hAnsi="Poppins" w:cs="Poppins" w:eastAsia="Poppins"/>
                <w:color w:val="1F2937"/>
                <w:sz w:val="17"/>
              </w:rPr>
              <w:t>LOVE-lääkehoidon osaaminen ja lääkeluvat voimassa</w:t>
            </w:r>
          </w:p>
        </w:tc>
        <w:tc>
          <w:tcPr>
            <w:tcW w:type="dxa" w:w="3402"/>
            <w:tcMar>
              <w:top w:w="90" w:type="dxa"/>
              <w:left w:w="141" w:type="dxa"/>
              <w:bottom w:w="90" w:type="dxa"/>
              <w:right w:w="113" w:type="dxa"/>
            </w:tcMar>
            <w:tcBorders>
              <w:bottom w:val="single" w:sz="24" w:space="0" w:color="FFFFFF"/>
              <w:right w:val="single" w:sz="24" w:space="0" w:color="FFFFFF"/>
            </w:tcBorders>
            <w:shd w:val="clear" w:color="auto" w:fill="FCE7F1"/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9D174D"/>
                <w:sz w:val="18"/>
              </w:rPr>
              <w:t xml:space="preserve">✓ </w:t>
            </w:r>
            <w:r>
              <w:rPr>
                <w:rFonts w:ascii="Poppins" w:hAnsi="Poppins" w:cs="Poppins" w:eastAsia="Poppins"/>
                <w:color w:val="1F2937"/>
                <w:sz w:val="17"/>
              </w:rPr>
              <w:t>Hygieniapassi</w:t>
            </w:r>
          </w:p>
        </w:tc>
      </w:tr>
      <w:tr>
        <w:tc>
          <w:tcPr>
            <w:tcW w:type="dxa" w:w="3402"/>
            <w:tcMar>
              <w:top w:w="90" w:type="dxa"/>
              <w:left w:w="141" w:type="dxa"/>
              <w:bottom w:w="90" w:type="dxa"/>
              <w:right w:w="113" w:type="dxa"/>
            </w:tcMar>
            <w:tcBorders>
              <w:bottom w:val="single" w:sz="24" w:space="0" w:color="FFFFFF"/>
              <w:right w:val="single" w:sz="24" w:space="0" w:color="FFFFFF"/>
            </w:tcBorders>
            <w:shd w:val="clear" w:color="auto" w:fill="FCE7F1"/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9D174D"/>
                <w:sz w:val="18"/>
              </w:rPr>
              <w:t xml:space="preserve">✓ </w:t>
            </w:r>
            <w:r>
              <w:rPr>
                <w:rFonts w:ascii="Poppins" w:hAnsi="Poppins" w:cs="Poppins" w:eastAsia="Poppins"/>
                <w:color w:val="1F2937"/>
                <w:sz w:val="17"/>
              </w:rPr>
              <w:t>Ensiapu EA1</w:t>
            </w:r>
          </w:p>
        </w:tc>
        <w:tc>
          <w:tcPr>
            <w:tcW w:type="dxa" w:w="3402"/>
            <w:tcMar>
              <w:top w:w="90" w:type="dxa"/>
              <w:left w:w="141" w:type="dxa"/>
              <w:bottom w:w="90" w:type="dxa"/>
              <w:right w:w="113" w:type="dxa"/>
            </w:tcMar>
            <w:tcBorders>
              <w:bottom w:val="single" w:sz="24" w:space="0" w:color="FFFFFF"/>
              <w:right w:val="single" w:sz="24" w:space="0" w:color="FFFFFF"/>
            </w:tcBorders>
            <w:shd w:val="clear" w:color="auto" w:fill="FCE7F1"/>
          </w:tcPr>
          <w:p>
            <w:pPr>
              <w:spacing w:before="0" w:after="0"/>
              <w:jc w:val="left"/>
            </w:pPr>
            <w:r>
              <w:rPr>
                <w:rFonts w:ascii="Poppins" w:hAnsi="Poppins" w:cs="Poppins" w:eastAsia="Poppins"/>
                <w:b/>
                <w:color w:val="9D174D"/>
                <w:sz w:val="18"/>
              </w:rPr>
              <w:t xml:space="preserve">✓ </w:t>
            </w:r>
            <w:r>
              <w:rPr>
                <w:rFonts w:ascii="Poppins" w:hAnsi="Poppins" w:cs="Poppins" w:eastAsia="Poppins"/>
                <w:color w:val="1F2937"/>
                <w:sz w:val="17"/>
              </w:rPr>
              <w:t>Ajokortti B</w:t>
            </w:r>
          </w:p>
        </w:tc>
        <w:tc>
          <w:tcPr>
            <w:tcW w:type="dxa" w:w="3402"/>
            <w:tcMar>
              <w:top w:w="90" w:type="dxa"/>
              <w:left w:w="141" w:type="dxa"/>
              <w:bottom w:w="90" w:type="dxa"/>
              <w:right w:w="113" w:type="dxa"/>
            </w:tcMar>
            <w:tcBorders>
              <w:bottom w:val="single" w:sz="24" w:space="0" w:color="FFFFFF"/>
              <w:right w:val="single" w:sz="24" w:space="0" w:color="FFFFFF"/>
            </w:tcBorders>
          </w:tcPr>
          <w:p/>
        </w:tc>
      </w:tr>
    </w:tbl>
    <w:p>
      <w:pPr>
        <w:spacing w:before="280" w:after="120" w:line="336" w:lineRule="auto"/>
        <w:jc w:val="left"/>
      </w:pPr>
      <w:r>
        <w:rPr>
          <w:rFonts w:ascii="Poppins" w:hAnsi="Poppins" w:cs="Poppins" w:eastAsia="Poppins"/>
          <w:color w:val="374151"/>
          <w:sz w:val="19"/>
        </w:rPr>
        <w:t>Lähihoitaja, jolla on viiden vuoden kokemus kotihoidosta ja tehostetusta palveluasumisesta. Teen kirjaukset huolellisesti ja pysyn rauhallisena, kun päivä ei mene suunnitellusti.</w:t>
      </w:r>
    </w:p>
    <w:p>
      <w:pPr>
        <w:keepNext/>
        <w:spacing w:before="200" w:after="100"/>
        <w:jc w:val="left"/>
        <w:pBdr>
          <w:bottom w:val="single" w:sz="12" w:space="3" w:color="FCE7F1"/>
        </w:pBdr>
      </w:pPr>
      <w:r>
        <w:rPr>
          <w:rFonts w:ascii="Poppins" w:hAnsi="Poppins" w:cs="Poppins" w:eastAsia="Poppins"/>
          <w:b/>
          <w:color w:val="9D174D"/>
          <w:sz w:val="19"/>
          <w:spacing w:val="30"/>
        </w:rPr>
        <w:t>TYÖKOKEMUS</w:t>
      </w:r>
    </w:p>
    <w:p>
      <w:pPr>
        <w:keepNext/>
        <w:tabs>
          <w:tab w:pos="10205" w:val="right"/>
        </w:tabs>
        <w:spacing w:before="80" w:after="0"/>
        <w:jc w:val="left"/>
      </w:pPr>
      <w:r>
        <w:rPr>
          <w:rFonts w:ascii="Poppins" w:hAnsi="Poppins" w:cs="Poppins" w:eastAsia="Poppins"/>
          <w:b/>
          <w:color w:val="1F2937"/>
          <w:sz w:val="20"/>
        </w:rPr>
        <w:t>Lähihoitaja</w:t>
      </w:r>
      <w:r>
        <w:tab/>
      </w:r>
      <w:r>
        <w:rPr>
          <w:rFonts w:ascii="Poppins" w:hAnsi="Poppins" w:cs="Poppins" w:eastAsia="Poppins"/>
          <w:color w:val="9D174D"/>
          <w:sz w:val="17"/>
        </w:rPr>
        <w:t>2022–</w:t>
      </w:r>
    </w:p>
    <w:p>
      <w:pPr>
        <w:spacing w:before="0" w:after="40"/>
        <w:jc w:val="left"/>
      </w:pPr>
      <w:r>
        <w:rPr>
          <w:rFonts w:ascii="Poppins" w:hAnsi="Poppins" w:cs="Poppins" w:eastAsia="Poppins"/>
          <w:i/>
          <w:color w:val="4B5563"/>
          <w:sz w:val="18"/>
        </w:rPr>
        <w:t>Hyvinvointialue, kotihoito</w:t>
      </w:r>
    </w:p>
    <w:p>
      <w:pPr>
        <w:tabs>
          <w:tab w:pos="227" w:val="left"/>
        </w:tabs>
        <w:spacing w:before="0" w:after="20"/>
        <w:ind w:left="227" w:hanging="227"/>
        <w:jc w:val="left"/>
      </w:pPr>
      <w:r>
        <w:rPr>
          <w:rFonts w:ascii="Poppins" w:hAnsi="Poppins" w:cs="Poppins" w:eastAsia="Poppins"/>
          <w:color w:val="9D174D"/>
          <w:sz w:val="18"/>
        </w:rPr>
        <w:t>•</w:t>
      </w:r>
      <w:r>
        <w:tab/>
      </w:r>
      <w:r>
        <w:rPr>
          <w:rFonts w:ascii="Poppins" w:hAnsi="Poppins" w:cs="Poppins" w:eastAsia="Poppins"/>
          <w:color w:val="374151"/>
          <w:sz w:val="18"/>
        </w:rPr>
        <w:t>Noin 12 asiakaskäyntiä vuorossa</w:t>
      </w:r>
    </w:p>
    <w:p>
      <w:pPr>
        <w:tabs>
          <w:tab w:pos="227" w:val="left"/>
        </w:tabs>
        <w:spacing w:before="0" w:after="20"/>
        <w:ind w:left="227" w:hanging="227"/>
        <w:jc w:val="left"/>
      </w:pPr>
      <w:r>
        <w:rPr>
          <w:rFonts w:ascii="Poppins" w:hAnsi="Poppins" w:cs="Poppins" w:eastAsia="Poppins"/>
          <w:color w:val="9D174D"/>
          <w:sz w:val="18"/>
        </w:rPr>
        <w:t>•</w:t>
      </w:r>
      <w:r>
        <w:tab/>
      </w:r>
      <w:r>
        <w:rPr>
          <w:rFonts w:ascii="Poppins" w:hAnsi="Poppins" w:cs="Poppins" w:eastAsia="Poppins"/>
          <w:color w:val="374151"/>
          <w:sz w:val="18"/>
        </w:rPr>
        <w:t>Lääkkeenjako ja lääkehoidon toteutus</w:t>
      </w:r>
    </w:p>
    <w:p>
      <w:pPr>
        <w:tabs>
          <w:tab w:pos="227" w:val="left"/>
        </w:tabs>
        <w:spacing w:before="0" w:after="20"/>
        <w:ind w:left="227" w:hanging="227"/>
        <w:jc w:val="left"/>
      </w:pPr>
      <w:r>
        <w:rPr>
          <w:rFonts w:ascii="Poppins" w:hAnsi="Poppins" w:cs="Poppins" w:eastAsia="Poppins"/>
          <w:color w:val="9D174D"/>
          <w:sz w:val="18"/>
        </w:rPr>
        <w:t>•</w:t>
      </w:r>
      <w:r>
        <w:tab/>
      </w:r>
      <w:r>
        <w:rPr>
          <w:rFonts w:ascii="Poppins" w:hAnsi="Poppins" w:cs="Poppins" w:eastAsia="Poppins"/>
          <w:color w:val="374151"/>
          <w:sz w:val="18"/>
        </w:rPr>
        <w:t>Kirjaaminen Lifecare-järjestelmään</w:t>
      </w:r>
    </w:p>
    <w:p>
      <w:pPr>
        <w:tabs>
          <w:tab w:pos="227" w:val="left"/>
        </w:tabs>
        <w:spacing w:before="0" w:after="20"/>
        <w:ind w:left="227" w:hanging="227"/>
        <w:jc w:val="left"/>
      </w:pPr>
      <w:r>
        <w:rPr>
          <w:rFonts w:ascii="Poppins" w:hAnsi="Poppins" w:cs="Poppins" w:eastAsia="Poppins"/>
          <w:color w:val="9D174D"/>
          <w:sz w:val="18"/>
        </w:rPr>
        <w:t>•</w:t>
      </w:r>
      <w:r>
        <w:tab/>
      </w:r>
      <w:r>
        <w:rPr>
          <w:rFonts w:ascii="Poppins" w:hAnsi="Poppins" w:cs="Poppins" w:eastAsia="Poppins"/>
          <w:color w:val="374151"/>
          <w:sz w:val="18"/>
        </w:rPr>
        <w:t>Omahoitajana kuudelle asiakkaalle, hoitosuunnitelmien päivitys</w:t>
      </w:r>
    </w:p>
    <w:p>
      <w:pPr>
        <w:keepNext/>
        <w:tabs>
          <w:tab w:pos="10205" w:val="right"/>
        </w:tabs>
        <w:spacing w:before="80" w:after="0"/>
        <w:jc w:val="left"/>
      </w:pPr>
      <w:r>
        <w:rPr>
          <w:rFonts w:ascii="Poppins" w:hAnsi="Poppins" w:cs="Poppins" w:eastAsia="Poppins"/>
          <w:b/>
          <w:color w:val="1F2937"/>
          <w:sz w:val="20"/>
        </w:rPr>
        <w:t>Lähihoitaja (sijainen)</w:t>
      </w:r>
      <w:r>
        <w:tab/>
      </w:r>
      <w:r>
        <w:rPr>
          <w:rFonts w:ascii="Poppins" w:hAnsi="Poppins" w:cs="Poppins" w:eastAsia="Poppins"/>
          <w:color w:val="9D174D"/>
          <w:sz w:val="17"/>
        </w:rPr>
        <w:t>2021–2022</w:t>
      </w:r>
    </w:p>
    <w:p>
      <w:pPr>
        <w:spacing w:before="0" w:after="40"/>
        <w:jc w:val="left"/>
      </w:pPr>
      <w:r>
        <w:rPr>
          <w:rFonts w:ascii="Poppins" w:hAnsi="Poppins" w:cs="Poppins" w:eastAsia="Poppins"/>
          <w:i/>
          <w:color w:val="4B5563"/>
          <w:sz w:val="18"/>
        </w:rPr>
        <w:t>Palvelutalo, Lappeenranta</w:t>
      </w:r>
    </w:p>
    <w:p>
      <w:pPr>
        <w:tabs>
          <w:tab w:pos="227" w:val="left"/>
        </w:tabs>
        <w:spacing w:before="0" w:after="20"/>
        <w:ind w:left="227" w:hanging="227"/>
        <w:jc w:val="left"/>
      </w:pPr>
      <w:r>
        <w:rPr>
          <w:rFonts w:ascii="Poppins" w:hAnsi="Poppins" w:cs="Poppins" w:eastAsia="Poppins"/>
          <w:color w:val="9D174D"/>
          <w:sz w:val="18"/>
        </w:rPr>
        <w:t>•</w:t>
      </w:r>
      <w:r>
        <w:tab/>
      </w:r>
      <w:r>
        <w:rPr>
          <w:rFonts w:ascii="Poppins" w:hAnsi="Poppins" w:cs="Poppins" w:eastAsia="Poppins"/>
          <w:color w:val="374151"/>
          <w:sz w:val="18"/>
        </w:rPr>
        <w:t>Tehostettu palveluasuminen, muistisairaat asukkaat</w:t>
      </w:r>
    </w:p>
    <w:p>
      <w:pPr>
        <w:keepNext/>
        <w:tabs>
          <w:tab w:pos="10205" w:val="right"/>
        </w:tabs>
        <w:spacing w:before="80" w:after="0"/>
        <w:jc w:val="left"/>
      </w:pPr>
      <w:r>
        <w:rPr>
          <w:rFonts w:ascii="Poppins" w:hAnsi="Poppins" w:cs="Poppins" w:eastAsia="Poppins"/>
          <w:b/>
          <w:color w:val="1F2937"/>
          <w:sz w:val="20"/>
        </w:rPr>
        <w:t>Hoiva-avustaja (opintojen ohessa)</w:t>
      </w:r>
      <w:r>
        <w:tab/>
      </w:r>
      <w:r>
        <w:rPr>
          <w:rFonts w:ascii="Poppins" w:hAnsi="Poppins" w:cs="Poppins" w:eastAsia="Poppins"/>
          <w:color w:val="9D174D"/>
          <w:sz w:val="17"/>
        </w:rPr>
        <w:t>2019–2021</w:t>
      </w:r>
    </w:p>
    <w:p>
      <w:pPr>
        <w:spacing w:before="0" w:after="40"/>
        <w:jc w:val="left"/>
      </w:pPr>
      <w:r>
        <w:rPr>
          <w:rFonts w:ascii="Poppins" w:hAnsi="Poppins" w:cs="Poppins" w:eastAsia="Poppins"/>
          <w:i/>
          <w:color w:val="4B5563"/>
          <w:sz w:val="18"/>
        </w:rPr>
        <w:t>Hoivakoti, Lappeenranta</w:t>
      </w:r>
    </w:p>
    <w:p>
      <w:pPr>
        <w:tabs>
          <w:tab w:pos="227" w:val="left"/>
        </w:tabs>
        <w:spacing w:before="0" w:after="20"/>
        <w:ind w:left="227" w:hanging="227"/>
        <w:jc w:val="left"/>
      </w:pPr>
      <w:r>
        <w:rPr>
          <w:rFonts w:ascii="Poppins" w:hAnsi="Poppins" w:cs="Poppins" w:eastAsia="Poppins"/>
          <w:color w:val="9D174D"/>
          <w:sz w:val="18"/>
        </w:rPr>
        <w:t>•</w:t>
      </w:r>
      <w:r>
        <w:tab/>
      </w:r>
      <w:r>
        <w:rPr>
          <w:rFonts w:ascii="Poppins" w:hAnsi="Poppins" w:cs="Poppins" w:eastAsia="Poppins"/>
          <w:color w:val="374151"/>
          <w:sz w:val="18"/>
        </w:rPr>
        <w:t>Avustaminen päivittäisissä toimissa, ilta- ja viikonloppuvuorot</w:t>
      </w:r>
    </w:p>
    <w:p>
      <w:pPr>
        <w:keepNext/>
        <w:spacing w:before="200" w:after="100"/>
        <w:jc w:val="left"/>
        <w:pBdr>
          <w:bottom w:val="single" w:sz="12" w:space="3" w:color="FCE7F1"/>
        </w:pBdr>
      </w:pPr>
      <w:r>
        <w:rPr>
          <w:rFonts w:ascii="Poppins" w:hAnsi="Poppins" w:cs="Poppins" w:eastAsia="Poppins"/>
          <w:b/>
          <w:color w:val="9D174D"/>
          <w:sz w:val="19"/>
          <w:spacing w:val="30"/>
        </w:rPr>
        <w:t>KOULUTUS</w:t>
      </w:r>
    </w:p>
    <w:p>
      <w:pPr>
        <w:keepNext/>
        <w:tabs>
          <w:tab w:pos="10205" w:val="right"/>
        </w:tabs>
        <w:spacing w:before="80" w:after="0"/>
        <w:jc w:val="left"/>
      </w:pPr>
      <w:r>
        <w:rPr>
          <w:rFonts w:ascii="Poppins" w:hAnsi="Poppins" w:cs="Poppins" w:eastAsia="Poppins"/>
          <w:b/>
          <w:color w:val="1F2937"/>
          <w:sz w:val="20"/>
        </w:rPr>
        <w:t>Sosiaali- ja terveysalan perustutkinto, lähihoitaja</w:t>
      </w:r>
      <w:r>
        <w:tab/>
      </w:r>
      <w:r>
        <w:rPr>
          <w:rFonts w:ascii="Poppins" w:hAnsi="Poppins" w:cs="Poppins" w:eastAsia="Poppins"/>
          <w:color w:val="9D174D"/>
          <w:sz w:val="17"/>
        </w:rPr>
        <w:t>2018–2021</w:t>
      </w:r>
    </w:p>
    <w:p>
      <w:pPr>
        <w:spacing w:before="0" w:after="40"/>
        <w:jc w:val="left"/>
      </w:pPr>
      <w:r>
        <w:rPr>
          <w:rFonts w:ascii="Poppins" w:hAnsi="Poppins" w:cs="Poppins" w:eastAsia="Poppins"/>
          <w:i/>
          <w:color w:val="4B5563"/>
          <w:sz w:val="18"/>
        </w:rPr>
        <w:t>Saimaan ammattiopisto Sampo</w:t>
      </w:r>
    </w:p>
    <w:p>
      <w:pPr>
        <w:keepNext/>
        <w:spacing w:before="200" w:after="100"/>
        <w:jc w:val="left"/>
        <w:pBdr>
          <w:bottom w:val="single" w:sz="12" w:space="3" w:color="FCE7F1"/>
        </w:pBdr>
      </w:pPr>
      <w:r>
        <w:rPr>
          <w:rFonts w:ascii="Poppins" w:hAnsi="Poppins" w:cs="Poppins" w:eastAsia="Poppins"/>
          <w:b/>
          <w:color w:val="9D174D"/>
          <w:sz w:val="19"/>
          <w:spacing w:val="30"/>
        </w:rPr>
        <w:t>LISÄKOULUTUKSET</w:t>
      </w:r>
    </w:p>
    <w:p>
      <w:pPr>
        <w:keepNext/>
        <w:tabs>
          <w:tab w:pos="10205" w:val="right"/>
        </w:tabs>
        <w:spacing w:before="80" w:after="0"/>
        <w:jc w:val="left"/>
      </w:pPr>
      <w:r>
        <w:rPr>
          <w:rFonts w:ascii="Poppins" w:hAnsi="Poppins" w:cs="Poppins" w:eastAsia="Poppins"/>
          <w:b/>
          <w:color w:val="1F2937"/>
          <w:sz w:val="20"/>
        </w:rPr>
        <w:t>Muistihoidon täydennyskoulutus (5 op)</w:t>
      </w:r>
      <w:r>
        <w:tab/>
      </w:r>
      <w:r>
        <w:rPr>
          <w:rFonts w:ascii="Poppins" w:hAnsi="Poppins" w:cs="Poppins" w:eastAsia="Poppins"/>
          <w:color w:val="9D174D"/>
          <w:sz w:val="17"/>
        </w:rPr>
        <w:t>2024</w:t>
      </w:r>
    </w:p>
    <w:p>
      <w:pPr>
        <w:spacing w:before="0" w:after="40"/>
        <w:jc w:val="left"/>
      </w:pPr>
      <w:r>
        <w:rPr>
          <w:rFonts w:ascii="Poppins" w:hAnsi="Poppins" w:cs="Poppins" w:eastAsia="Poppins"/>
          <w:i/>
          <w:color w:val="4B5563"/>
          <w:sz w:val="18"/>
        </w:rPr>
        <w:t>Saimaan ammattiopisto Sampo</w:t>
      </w:r>
    </w:p>
    <w:p>
      <w:pPr>
        <w:keepNext/>
        <w:spacing w:before="200" w:after="100"/>
        <w:jc w:val="left"/>
        <w:pBdr>
          <w:bottom w:val="single" w:sz="12" w:space="3" w:color="FCE7F1"/>
        </w:pBdr>
      </w:pPr>
      <w:r>
        <w:rPr>
          <w:rFonts w:ascii="Poppins" w:hAnsi="Poppins" w:cs="Poppins" w:eastAsia="Poppins"/>
          <w:b/>
          <w:color w:val="9D174D"/>
          <w:sz w:val="19"/>
          <w:spacing w:val="30"/>
        </w:rPr>
        <w:t>KIELITAITO</w:t>
      </w:r>
    </w:p>
    <w:p>
      <w:pPr>
        <w:spacing w:before="0" w:after="0"/>
        <w:jc w:val="left"/>
      </w:pPr>
      <w:r>
        <w:rPr>
          <w:rFonts w:ascii="Poppins" w:hAnsi="Poppins" w:cs="Poppins" w:eastAsia="Poppins"/>
          <w:color w:val="1F2937"/>
          <w:sz w:val="18"/>
        </w:rPr>
        <w:t>Suomi: äidinkieli   ·   Englanti: hyvä   ·   Ruotsi: tyydyttävä</w:t>
      </w:r>
    </w:p>
    <w:sectPr w:rsidR="00FC693F" w:rsidRPr="0006063C" w:rsidSect="00034616">
      <w:pgSz w:w="11906" w:h="16838"/>
      <w:pgMar w:top="794" w:right="850" w:bottom="680" w:left="85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oppins">
    <w:charset w:val="00"/>
    <w:family w:val="auto"/>
    <w:pitch w:val="variable"/>
    <w:embedRegular r:id="rIdEmb1" w:fontKey="{DC9286B8-474E-44F8-AD75-3168CC487464}"/>
    <w:embedBold r:id="rIdEmb2" w:fontKey="{53EB7552-3DA5-4A96-BD11-549A10690061}"/>
    <w:embedItalic r:id="rIdEmb3" w:fontKey="{A542AC56-FBA4-4F74-AD5E-A09912D3B989}"/>
    <w:embedBoldItalic r:id="rIdEmb4" w:fontKey="{9AE1F416-8EED-4ED1-BAB4-AFA69CB00F34}"/>
  </w:font>
  <w:font w:name="Poppins Light">
    <w:charset w:val="00"/>
    <w:family w:val="auto"/>
    <w:pitch w:val="variable"/>
    <w:embedRegular r:id="rIdEmb5" w:fontKey="{F11560F3-0B0B-4627-9B12-D875D383AAE7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93" w:lineRule="auto"/>
    </w:pPr>
    <w:rPr>
      <w:rFonts w:ascii="Poppins" w:hAnsi="Poppins" w:cs="Poppins" w:eastAsia="Poppi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Poppins" w:hAnsi="Poppi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Emb1" Type="http://schemas.openxmlformats.org/officeDocument/2006/relationships/font" Target="fonts/font1.odttf"/><Relationship Id="rIdEmb2" Type="http://schemas.openxmlformats.org/officeDocument/2006/relationships/font" Target="fonts/font2.odttf"/><Relationship Id="rIdEmb3" Type="http://schemas.openxmlformats.org/officeDocument/2006/relationships/font" Target="fonts/font3.odttf"/><Relationship Id="rIdEmb4" Type="http://schemas.openxmlformats.org/officeDocument/2006/relationships/font" Target="fonts/font4.odttf"/><Relationship Id="rIdEmb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Liisa Koskinen</dc:title>
  <dc:subject/>
  <dc:creator>Liisa Koskinen</dc:creator>
  <cp:keywords/>
  <dc:description>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