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6534"/>
          <w:sz w:val="48"/>
        </w:rPr>
        <w:t>Kari Hämäläinen</w:t>
      </w:r>
    </w:p>
    <w:p>
      <w:r>
        <w:rPr>
          <w:color w:val="4B5563"/>
          <w:sz w:val="25"/>
        </w:rPr>
        <w:t>Ohjelmistokehittäjä (junior), aiemmin sähköasentaja</w:t>
      </w:r>
    </w:p>
    <w:p>
      <w:pPr>
        <w:spacing w:after="200"/>
        <w:pBdr>
          <w:bottom w:val="single" w:sz="12" w:space="2" w:color="166534"/>
        </w:pBdr>
      </w:pPr>
      <w:r>
        <w:rPr>
          <w:color w:val="374151"/>
          <w:sz w:val="19"/>
        </w:rPr>
        <w:t>044 888 9900  |  kari.hamalainen@esimerkki.fi  |  Kuopio  |  github.com/karihamalainen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66534"/>
          <w:sz w:val="22"/>
        </w:rPr>
        <w:t>PROFIILI</w:t>
      </w:r>
    </w:p>
    <w:p>
      <w:pPr>
        <w:spacing w:after="80"/>
      </w:pPr>
      <w:r>
        <w:t>Tein kymmenen vuotta sähköasennuksia ja opiskelin rinnalla ohjelmointia. Nyt haen ensimmäistä kehittäjän työtä. Toimin hyvin vianetsinnässä ja dokumentoinnissa, koska väärin kytketystä keskuksesta oppii lukemaan piirustuksia tarkasti.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66534"/>
          <w:sz w:val="22"/>
        </w:rPr>
        <w:t>UUDEN ALAN KOULUTUS JA PROJEKTIT</w:t>
      </w:r>
    </w:p>
    <w:p>
      <w:pPr>
        <w:tabs>
          <w:tab w:pos="9638" w:val="right"/>
        </w:tabs>
        <w:spacing w:before="100"/>
      </w:pPr>
      <w:r>
        <w:rPr>
          <w:b/>
        </w:rPr>
        <w:t>Ohjelmistokehityksen koulutus (60 op)</w:t>
      </w:r>
      <w:r>
        <w:tab/>
      </w:r>
      <w:r>
        <w:rPr>
          <w:color w:val="4B5563"/>
        </w:rPr>
        <w:t>2024–2025</w:t>
      </w:r>
    </w:p>
    <w:p>
      <w:r>
        <w:rPr>
          <w:i/>
          <w:color w:val="374151"/>
        </w:rPr>
        <w:t>Avoin AMK</w:t>
      </w:r>
    </w:p>
    <w:p>
      <w:pPr>
        <w:pStyle w:val="ListBullet"/>
        <w:spacing w:after="0"/>
      </w:pPr>
      <w:r>
        <w:t>JavaScript, React, Node.js, SQL</w:t>
      </w:r>
    </w:p>
    <w:p>
      <w:pPr>
        <w:tabs>
          <w:tab w:pos="9638" w:val="right"/>
        </w:tabs>
        <w:spacing w:before="100"/>
      </w:pPr>
      <w:r>
        <w:rPr>
          <w:b/>
        </w:rPr>
        <w:t>Projekti: urakoiden ajankäyttösovellus</w:t>
      </w:r>
      <w:r>
        <w:tab/>
      </w:r>
      <w:r>
        <w:rPr>
          <w:color w:val="4B5563"/>
        </w:rPr>
        <w:t>2025</w:t>
      </w:r>
    </w:p>
    <w:p>
      <w:pPr>
        <w:pStyle w:val="ListBullet"/>
        <w:spacing w:after="0"/>
      </w:pPr>
      <w:r>
        <w:t>React + PostgreSQL, käytössä entisellä työnantajalla 12 asentajalla</w:t>
      </w:r>
    </w:p>
    <w:p>
      <w:pPr>
        <w:tabs>
          <w:tab w:pos="9638" w:val="right"/>
        </w:tabs>
        <w:spacing w:before="100"/>
      </w:pPr>
      <w:r>
        <w:rPr>
          <w:b/>
        </w:rPr>
        <w:t>Projekti: sähköurakoiden laskentatyökalu</w:t>
      </w:r>
      <w:r>
        <w:tab/>
      </w:r>
      <w:r>
        <w:rPr>
          <w:color w:val="4B5563"/>
        </w:rPr>
        <w:t>2024</w:t>
      </w:r>
    </w:p>
    <w:p>
      <w:pPr>
        <w:pStyle w:val="ListBullet"/>
        <w:spacing w:after="0"/>
      </w:pPr>
      <w:r>
        <w:t>Excelin korvaava selainsovellus tarjouslaskentaan</w:t>
      </w:r>
    </w:p>
    <w:p>
      <w:pPr>
        <w:pStyle w:val="ListBullet"/>
        <w:spacing w:after="0"/>
      </w:pPr>
      <w:r>
        <w:t>TypeScript, Next.js, Vercel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66534"/>
          <w:sz w:val="22"/>
        </w:rPr>
        <w:t>AIEMPI URA</w:t>
      </w:r>
    </w:p>
    <w:p>
      <w:pPr>
        <w:tabs>
          <w:tab w:pos="9638" w:val="right"/>
        </w:tabs>
        <w:spacing w:before="100"/>
      </w:pPr>
      <w:r>
        <w:rPr>
          <w:b/>
        </w:rPr>
        <w:t>Sähköasentaja</w:t>
      </w:r>
      <w:r>
        <w:tab/>
      </w:r>
      <w:r>
        <w:rPr>
          <w:color w:val="4B5563"/>
        </w:rPr>
        <w:t>2015–2025</w:t>
      </w:r>
    </w:p>
    <w:p>
      <w:r>
        <w:rPr>
          <w:i/>
          <w:color w:val="374151"/>
        </w:rPr>
        <w:t>Sähköurakointi Oy, Kuopio</w:t>
      </w:r>
    </w:p>
    <w:p>
      <w:pPr>
        <w:pStyle w:val="ListBullet"/>
        <w:spacing w:after="0"/>
      </w:pPr>
      <w:r>
        <w:t>Vianetsintä ja kunnossapito</w:t>
      </w:r>
    </w:p>
    <w:p>
      <w:pPr>
        <w:pStyle w:val="ListBullet"/>
        <w:spacing w:after="0"/>
      </w:pPr>
      <w:r>
        <w:t>Dokumentointi ja käyttöönottotarkastukset</w:t>
      </w:r>
    </w:p>
    <w:p>
      <w:pPr>
        <w:pStyle w:val="ListBullet"/>
        <w:spacing w:after="0"/>
      </w:pPr>
      <w:r>
        <w:t>Työnjohdon sijaisuudet</w:t>
      </w:r>
    </w:p>
    <w:p>
      <w:pPr>
        <w:tabs>
          <w:tab w:pos="9638" w:val="right"/>
        </w:tabs>
        <w:spacing w:before="100"/>
      </w:pPr>
      <w:r>
        <w:rPr>
          <w:b/>
        </w:rPr>
        <w:t>Sähköasentajaharjoittelija</w:t>
      </w:r>
      <w:r>
        <w:tab/>
      </w:r>
      <w:r>
        <w:rPr>
          <w:color w:val="4B5563"/>
        </w:rPr>
        <w:t>2012–2015</w:t>
      </w:r>
    </w:p>
    <w:p>
      <w:r>
        <w:rPr>
          <w:i/>
          <w:color w:val="374151"/>
        </w:rPr>
        <w:t>Teollisuussähkö Oy, Varkaus</w:t>
      </w:r>
    </w:p>
    <w:p>
      <w:pPr>
        <w:pStyle w:val="ListBullet"/>
        <w:spacing w:after="0"/>
      </w:pPr>
      <w:r>
        <w:t>Teollisuuden kunnossapito ja vikakorjaukset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66534"/>
          <w:sz w:val="22"/>
        </w:rPr>
        <w:t>SIIRRETTÄVÄT TAIDOT</w:t>
      </w:r>
    </w:p>
    <w:p>
      <w:pPr>
        <w:pStyle w:val="ListBullet"/>
        <w:spacing w:after="0"/>
      </w:pPr>
      <w:r>
        <w:t>Systemaattinen vianetsintä</w:t>
      </w:r>
    </w:p>
    <w:p>
      <w:pPr>
        <w:pStyle w:val="ListBullet"/>
        <w:spacing w:after="0"/>
      </w:pPr>
      <w:r>
        <w:t>Dokumentointi</w:t>
      </w:r>
    </w:p>
    <w:p>
      <w:pPr>
        <w:pStyle w:val="ListBullet"/>
        <w:spacing w:after="0"/>
      </w:pPr>
      <w:r>
        <w:t>Asiakkaan kanssa toimiminen työmaalla</w:t>
      </w:r>
    </w:p>
    <w:p>
      <w:pPr>
        <w:pStyle w:val="ListBullet"/>
        <w:spacing w:after="0"/>
      </w:pPr>
      <w:r>
        <w:t>Aikataulussa pysyminen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66534"/>
          <w:sz w:val="22"/>
        </w:rPr>
        <w:t>KIELITAITO</w:t>
      </w:r>
    </w:p>
    <w:p>
      <w:pPr>
        <w:pStyle w:val="ListBullet"/>
        <w:spacing w:after="0"/>
      </w:pPr>
      <w:r>
        <w:t>Suomi: äidinkieli</w:t>
      </w:r>
    </w:p>
    <w:p>
      <w:pPr>
        <w:pStyle w:val="ListBullet"/>
        <w:spacing w:after="0"/>
      </w:pPr>
      <w:r>
        <w:t>Englanti: hyvä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Georgia" w:hAnsi="Georgia" w:eastAsia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Kari Hämäläinen</dc:title>
  <dc:subject/>
  <dc:creator>Kari Hämäläinen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